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91D23" w14:textId="77777777" w:rsidR="00D00C49" w:rsidRDefault="00000000" w:rsidP="001753D2">
      <w:pPr>
        <w:pStyle w:val="Heading1"/>
        <w:jc w:val="both"/>
      </w:pPr>
      <w:r>
        <w:t>RENCANA PEMBELAJARAN SEMESTER (RPS)</w:t>
      </w:r>
    </w:p>
    <w:p w14:paraId="6F9F6B9A" w14:textId="77777777" w:rsidR="00D00C49" w:rsidRDefault="00000000" w:rsidP="001753D2">
      <w:pPr>
        <w:jc w:val="both"/>
      </w:pPr>
      <w:r>
        <w:t>Kurikulum Berbasis OBE (Outcome Based Education)</w:t>
      </w:r>
    </w:p>
    <w:p w14:paraId="51EFF35F" w14:textId="77777777" w:rsidR="00D00C49" w:rsidRDefault="00000000" w:rsidP="001753D2">
      <w:pPr>
        <w:pStyle w:val="Heading2"/>
        <w:jc w:val="both"/>
      </w:pPr>
      <w:r>
        <w:t>A. Identitas Mata Kuliah</w:t>
      </w:r>
    </w:p>
    <w:tbl>
      <w:tblPr>
        <w:tblStyle w:val="TableGrid"/>
        <w:tblW w:w="0" w:type="auto"/>
        <w:tblLook w:val="04A0" w:firstRow="1" w:lastRow="0" w:firstColumn="1" w:lastColumn="0" w:noHBand="0" w:noVBand="1"/>
      </w:tblPr>
      <w:tblGrid>
        <w:gridCol w:w="4320"/>
        <w:gridCol w:w="4320"/>
      </w:tblGrid>
      <w:tr w:rsidR="00D00C49" w14:paraId="7C966FE1" w14:textId="77777777">
        <w:tc>
          <w:tcPr>
            <w:tcW w:w="4320" w:type="dxa"/>
          </w:tcPr>
          <w:p w14:paraId="7D586A3C" w14:textId="77777777" w:rsidR="00D00C49" w:rsidRDefault="00000000" w:rsidP="001753D2">
            <w:pPr>
              <w:spacing w:line="276" w:lineRule="auto"/>
              <w:jc w:val="both"/>
            </w:pPr>
            <w:r>
              <w:t>Nama Mata Kuliah</w:t>
            </w:r>
          </w:p>
        </w:tc>
        <w:tc>
          <w:tcPr>
            <w:tcW w:w="4320" w:type="dxa"/>
          </w:tcPr>
          <w:p w14:paraId="43F08120" w14:textId="77777777" w:rsidR="00BB062B" w:rsidRDefault="00000000" w:rsidP="001753D2">
            <w:pPr>
              <w:spacing w:line="276" w:lineRule="auto"/>
              <w:jc w:val="both"/>
            </w:pPr>
            <w:r>
              <w:t>Administrasi Pembangunan</w:t>
            </w:r>
          </w:p>
        </w:tc>
      </w:tr>
      <w:tr w:rsidR="00D00C49" w14:paraId="4537CD61" w14:textId="77777777">
        <w:tc>
          <w:tcPr>
            <w:tcW w:w="4320" w:type="dxa"/>
          </w:tcPr>
          <w:p w14:paraId="324F00FA" w14:textId="77777777" w:rsidR="00D00C49" w:rsidRDefault="00000000" w:rsidP="001753D2">
            <w:pPr>
              <w:spacing w:line="276" w:lineRule="auto"/>
              <w:jc w:val="both"/>
            </w:pPr>
            <w:r>
              <w:t>Kode Mata Kuliah</w:t>
            </w:r>
          </w:p>
        </w:tc>
        <w:tc>
          <w:tcPr>
            <w:tcW w:w="4320" w:type="dxa"/>
          </w:tcPr>
          <w:p w14:paraId="1BE54293" w14:textId="32CE0AFB" w:rsidR="00BB062B" w:rsidRDefault="004970B0" w:rsidP="001753D2">
            <w:pPr>
              <w:spacing w:line="276" w:lineRule="auto"/>
              <w:jc w:val="both"/>
            </w:pPr>
            <w:r>
              <w:t>APB301</w:t>
            </w:r>
          </w:p>
        </w:tc>
      </w:tr>
      <w:tr w:rsidR="00D00C49" w14:paraId="0D80FE4D" w14:textId="77777777">
        <w:tc>
          <w:tcPr>
            <w:tcW w:w="4320" w:type="dxa"/>
          </w:tcPr>
          <w:p w14:paraId="08CEE320" w14:textId="77777777" w:rsidR="00D00C49" w:rsidRDefault="00000000" w:rsidP="001753D2">
            <w:pPr>
              <w:spacing w:line="276" w:lineRule="auto"/>
              <w:jc w:val="both"/>
            </w:pPr>
            <w:r>
              <w:t>SKS</w:t>
            </w:r>
          </w:p>
        </w:tc>
        <w:tc>
          <w:tcPr>
            <w:tcW w:w="4320" w:type="dxa"/>
          </w:tcPr>
          <w:p w14:paraId="03EBF0C9" w14:textId="77777777" w:rsidR="00BB062B" w:rsidRDefault="00000000" w:rsidP="001753D2">
            <w:pPr>
              <w:spacing w:line="276" w:lineRule="auto"/>
              <w:jc w:val="both"/>
            </w:pPr>
            <w:r>
              <w:t>3</w:t>
            </w:r>
          </w:p>
        </w:tc>
      </w:tr>
      <w:tr w:rsidR="00D00C49" w14:paraId="2DA0F4BA" w14:textId="77777777">
        <w:tc>
          <w:tcPr>
            <w:tcW w:w="4320" w:type="dxa"/>
          </w:tcPr>
          <w:p w14:paraId="28A89B0D" w14:textId="77777777" w:rsidR="00D00C49" w:rsidRDefault="00000000" w:rsidP="001753D2">
            <w:pPr>
              <w:spacing w:line="276" w:lineRule="auto"/>
              <w:jc w:val="both"/>
            </w:pPr>
            <w:r>
              <w:t>Semester</w:t>
            </w:r>
          </w:p>
        </w:tc>
        <w:tc>
          <w:tcPr>
            <w:tcW w:w="4320" w:type="dxa"/>
          </w:tcPr>
          <w:p w14:paraId="67511BB6" w14:textId="7245E090" w:rsidR="00BB062B" w:rsidRDefault="004970B0" w:rsidP="001753D2">
            <w:pPr>
              <w:spacing w:line="276" w:lineRule="auto"/>
              <w:jc w:val="both"/>
            </w:pPr>
            <w:r>
              <w:t>3</w:t>
            </w:r>
          </w:p>
        </w:tc>
      </w:tr>
      <w:tr w:rsidR="00D00C49" w14:paraId="62E46DFF" w14:textId="77777777">
        <w:tc>
          <w:tcPr>
            <w:tcW w:w="4320" w:type="dxa"/>
          </w:tcPr>
          <w:p w14:paraId="12D954B9" w14:textId="77777777" w:rsidR="00D00C49" w:rsidRDefault="00000000" w:rsidP="001753D2">
            <w:pPr>
              <w:spacing w:line="276" w:lineRule="auto"/>
              <w:jc w:val="both"/>
            </w:pPr>
            <w:r>
              <w:t>Program Studi</w:t>
            </w:r>
          </w:p>
        </w:tc>
        <w:tc>
          <w:tcPr>
            <w:tcW w:w="4320" w:type="dxa"/>
          </w:tcPr>
          <w:p w14:paraId="3693E5D2" w14:textId="77777777" w:rsidR="00BB062B" w:rsidRDefault="00000000" w:rsidP="001753D2">
            <w:pPr>
              <w:spacing w:line="276" w:lineRule="auto"/>
              <w:jc w:val="both"/>
            </w:pPr>
            <w:r>
              <w:t>S1 Administrasi Publik</w:t>
            </w:r>
          </w:p>
        </w:tc>
      </w:tr>
      <w:tr w:rsidR="00D00C49" w14:paraId="49383A24" w14:textId="77777777">
        <w:tc>
          <w:tcPr>
            <w:tcW w:w="4320" w:type="dxa"/>
          </w:tcPr>
          <w:p w14:paraId="705CBF21" w14:textId="77777777" w:rsidR="00D00C49" w:rsidRDefault="00000000" w:rsidP="001753D2">
            <w:pPr>
              <w:spacing w:line="276" w:lineRule="auto"/>
              <w:jc w:val="both"/>
            </w:pPr>
            <w:r>
              <w:t>Dosen Pengampu</w:t>
            </w:r>
          </w:p>
        </w:tc>
        <w:tc>
          <w:tcPr>
            <w:tcW w:w="4320" w:type="dxa"/>
          </w:tcPr>
          <w:p w14:paraId="311D399E" w14:textId="77777777" w:rsidR="00BB062B" w:rsidRDefault="00000000" w:rsidP="001753D2">
            <w:pPr>
              <w:spacing w:line="276" w:lineRule="auto"/>
              <w:jc w:val="both"/>
            </w:pPr>
            <w:r>
              <w:t>Nur Ayu, S.I.P., M.A.P.</w:t>
            </w:r>
          </w:p>
        </w:tc>
      </w:tr>
      <w:tr w:rsidR="00D00C49" w14:paraId="59444B1D" w14:textId="77777777">
        <w:tc>
          <w:tcPr>
            <w:tcW w:w="4320" w:type="dxa"/>
          </w:tcPr>
          <w:p w14:paraId="0D1B4575" w14:textId="77777777" w:rsidR="00D00C49" w:rsidRDefault="00000000" w:rsidP="001753D2">
            <w:pPr>
              <w:spacing w:line="276" w:lineRule="auto"/>
              <w:jc w:val="both"/>
            </w:pPr>
            <w:r>
              <w:t>Deskripsi Mata Kuliah</w:t>
            </w:r>
          </w:p>
        </w:tc>
        <w:tc>
          <w:tcPr>
            <w:tcW w:w="4320" w:type="dxa"/>
          </w:tcPr>
          <w:p w14:paraId="6A444CD4" w14:textId="77777777" w:rsidR="00BB062B" w:rsidRDefault="00000000" w:rsidP="001753D2">
            <w:pPr>
              <w:spacing w:line="276" w:lineRule="auto"/>
              <w:jc w:val="both"/>
            </w:pPr>
            <w:r>
              <w:t>Mata kuliah ini membahas konsep, teori, dan praktik administrasi pembangunan dengan fokus pada pembangunan daerah. Mahasiswa diharapkan mampu memahami peran administrasi publik dalam perencanaan, pelaksanaan, dan evaluasi pembangunan daerah serta mampu mengidentifikasi faktor-faktor yang mempengaruhi keberhasilan pembangunan berkelanjutan di tingkat lokal.</w:t>
            </w:r>
          </w:p>
        </w:tc>
      </w:tr>
    </w:tbl>
    <w:p w14:paraId="2C02792B" w14:textId="77777777" w:rsidR="00D00C49" w:rsidRDefault="00000000" w:rsidP="001753D2">
      <w:pPr>
        <w:pStyle w:val="Heading2"/>
        <w:jc w:val="both"/>
      </w:pPr>
      <w:r>
        <w:t>B. Capaian Pembelajaran Lulusan (CPL) yang Diampu oleh Mata Kuliah</w:t>
      </w:r>
    </w:p>
    <w:tbl>
      <w:tblPr>
        <w:tblStyle w:val="TableGrid"/>
        <w:tblW w:w="0" w:type="auto"/>
        <w:tblLook w:val="04A0" w:firstRow="1" w:lastRow="0" w:firstColumn="1" w:lastColumn="0" w:noHBand="0" w:noVBand="1"/>
      </w:tblPr>
      <w:tblGrid>
        <w:gridCol w:w="2880"/>
        <w:gridCol w:w="2880"/>
        <w:gridCol w:w="2880"/>
      </w:tblGrid>
      <w:tr w:rsidR="00D00C49" w14:paraId="174ADC66" w14:textId="77777777">
        <w:tc>
          <w:tcPr>
            <w:tcW w:w="2880" w:type="dxa"/>
          </w:tcPr>
          <w:p w14:paraId="75EF3418" w14:textId="77777777" w:rsidR="00D00C49" w:rsidRDefault="00000000" w:rsidP="001753D2">
            <w:pPr>
              <w:spacing w:line="276" w:lineRule="auto"/>
              <w:jc w:val="both"/>
            </w:pPr>
            <w:r>
              <w:t>Kode CPL</w:t>
            </w:r>
          </w:p>
        </w:tc>
        <w:tc>
          <w:tcPr>
            <w:tcW w:w="2880" w:type="dxa"/>
          </w:tcPr>
          <w:p w14:paraId="74AE75E0" w14:textId="77777777" w:rsidR="00D00C49" w:rsidRDefault="00000000" w:rsidP="001753D2">
            <w:pPr>
              <w:spacing w:line="276" w:lineRule="auto"/>
              <w:jc w:val="both"/>
            </w:pPr>
            <w:r>
              <w:t>Rumusan CPL</w:t>
            </w:r>
          </w:p>
        </w:tc>
        <w:tc>
          <w:tcPr>
            <w:tcW w:w="2880" w:type="dxa"/>
          </w:tcPr>
          <w:p w14:paraId="63ED07A3" w14:textId="77777777" w:rsidR="00D00C49" w:rsidRDefault="00000000" w:rsidP="001753D2">
            <w:pPr>
              <w:spacing w:line="276" w:lineRule="auto"/>
              <w:jc w:val="both"/>
            </w:pPr>
            <w:r>
              <w:t>Elemen Kompetensi</w:t>
            </w:r>
          </w:p>
        </w:tc>
      </w:tr>
      <w:tr w:rsidR="00D00C49" w14:paraId="6A61870C" w14:textId="77777777">
        <w:tc>
          <w:tcPr>
            <w:tcW w:w="2880" w:type="dxa"/>
          </w:tcPr>
          <w:p w14:paraId="2DF5E2EA" w14:textId="77777777" w:rsidR="00D00C49" w:rsidRDefault="00000000" w:rsidP="001753D2">
            <w:pPr>
              <w:spacing w:line="276" w:lineRule="auto"/>
              <w:jc w:val="both"/>
            </w:pPr>
            <w:r>
              <w:t xml:space="preserve"> </w:t>
            </w:r>
          </w:p>
        </w:tc>
        <w:tc>
          <w:tcPr>
            <w:tcW w:w="2880" w:type="dxa"/>
          </w:tcPr>
          <w:p w14:paraId="4D0EE4C7" w14:textId="77777777" w:rsidR="00D00C49" w:rsidRDefault="00000000" w:rsidP="001753D2">
            <w:pPr>
              <w:spacing w:line="276" w:lineRule="auto"/>
              <w:jc w:val="both"/>
            </w:pPr>
            <w:r>
              <w:t xml:space="preserve"> </w:t>
            </w:r>
          </w:p>
        </w:tc>
        <w:tc>
          <w:tcPr>
            <w:tcW w:w="2880" w:type="dxa"/>
          </w:tcPr>
          <w:p w14:paraId="4F6B81DB" w14:textId="77777777" w:rsidR="00D00C49" w:rsidRDefault="00000000" w:rsidP="001753D2">
            <w:pPr>
              <w:spacing w:line="276" w:lineRule="auto"/>
              <w:jc w:val="both"/>
            </w:pPr>
            <w:r>
              <w:t xml:space="preserve"> </w:t>
            </w:r>
          </w:p>
        </w:tc>
      </w:tr>
      <w:tr w:rsidR="00BB062B" w14:paraId="10468F55" w14:textId="77777777">
        <w:tc>
          <w:tcPr>
            <w:tcW w:w="2880" w:type="dxa"/>
          </w:tcPr>
          <w:p w14:paraId="3A86C50E" w14:textId="77777777" w:rsidR="00BB062B" w:rsidRDefault="00000000" w:rsidP="001753D2">
            <w:pPr>
              <w:spacing w:line="276" w:lineRule="auto"/>
              <w:jc w:val="both"/>
            </w:pPr>
            <w:r>
              <w:t>CPL-1</w:t>
            </w:r>
          </w:p>
        </w:tc>
        <w:tc>
          <w:tcPr>
            <w:tcW w:w="2880" w:type="dxa"/>
          </w:tcPr>
          <w:p w14:paraId="5F4280ED" w14:textId="77777777" w:rsidR="00BB062B" w:rsidRDefault="00000000" w:rsidP="001753D2">
            <w:pPr>
              <w:spacing w:line="276" w:lineRule="auto"/>
              <w:jc w:val="both"/>
            </w:pPr>
            <w:r>
              <w:t>Mampu menerapkan konsep dan teori administrasi publik dalam konteks pembangunan daerah.</w:t>
            </w:r>
          </w:p>
        </w:tc>
        <w:tc>
          <w:tcPr>
            <w:tcW w:w="2880" w:type="dxa"/>
          </w:tcPr>
          <w:p w14:paraId="1558F1F2" w14:textId="77777777" w:rsidR="00BB062B" w:rsidRDefault="00000000" w:rsidP="001753D2">
            <w:pPr>
              <w:spacing w:line="276" w:lineRule="auto"/>
              <w:jc w:val="both"/>
            </w:pPr>
            <w:r>
              <w:t>Pengetahuan</w:t>
            </w:r>
          </w:p>
        </w:tc>
      </w:tr>
      <w:tr w:rsidR="00BB062B" w14:paraId="2F685415" w14:textId="77777777">
        <w:tc>
          <w:tcPr>
            <w:tcW w:w="2880" w:type="dxa"/>
          </w:tcPr>
          <w:p w14:paraId="7DF56F1D" w14:textId="77777777" w:rsidR="00BB062B" w:rsidRDefault="00000000" w:rsidP="001753D2">
            <w:pPr>
              <w:spacing w:line="276" w:lineRule="auto"/>
              <w:jc w:val="both"/>
            </w:pPr>
            <w:r>
              <w:t>CPL-2</w:t>
            </w:r>
          </w:p>
        </w:tc>
        <w:tc>
          <w:tcPr>
            <w:tcW w:w="2880" w:type="dxa"/>
          </w:tcPr>
          <w:p w14:paraId="4BB4B76D" w14:textId="77777777" w:rsidR="00BB062B" w:rsidRDefault="00000000" w:rsidP="001753D2">
            <w:pPr>
              <w:spacing w:line="276" w:lineRule="auto"/>
              <w:jc w:val="both"/>
            </w:pPr>
            <w:r>
              <w:t>Mampu menganalisis kebijakan publik dan perencanaan pembangunan secara sistematis.</w:t>
            </w:r>
          </w:p>
        </w:tc>
        <w:tc>
          <w:tcPr>
            <w:tcW w:w="2880" w:type="dxa"/>
          </w:tcPr>
          <w:p w14:paraId="6EEDAF3B" w14:textId="77777777" w:rsidR="00BB062B" w:rsidRDefault="00000000" w:rsidP="001753D2">
            <w:pPr>
              <w:spacing w:line="276" w:lineRule="auto"/>
              <w:jc w:val="both"/>
            </w:pPr>
            <w:r>
              <w:t>Keterampilan Khusus</w:t>
            </w:r>
          </w:p>
        </w:tc>
      </w:tr>
      <w:tr w:rsidR="00BB062B" w14:paraId="00D6591D" w14:textId="77777777">
        <w:tc>
          <w:tcPr>
            <w:tcW w:w="2880" w:type="dxa"/>
          </w:tcPr>
          <w:p w14:paraId="506E87F7" w14:textId="77777777" w:rsidR="00BB062B" w:rsidRDefault="00000000" w:rsidP="001753D2">
            <w:pPr>
              <w:spacing w:line="276" w:lineRule="auto"/>
              <w:jc w:val="both"/>
            </w:pPr>
            <w:r>
              <w:t>CPL-3</w:t>
            </w:r>
          </w:p>
        </w:tc>
        <w:tc>
          <w:tcPr>
            <w:tcW w:w="2880" w:type="dxa"/>
          </w:tcPr>
          <w:p w14:paraId="3B62DC82" w14:textId="77777777" w:rsidR="00BB062B" w:rsidRDefault="00000000" w:rsidP="001753D2">
            <w:pPr>
              <w:spacing w:line="276" w:lineRule="auto"/>
              <w:jc w:val="both"/>
            </w:pPr>
            <w:r>
              <w:t>Memiliki sikap profesional, etis, dan bertanggung jawab dalam pelaksanaan administrasi publik.</w:t>
            </w:r>
          </w:p>
        </w:tc>
        <w:tc>
          <w:tcPr>
            <w:tcW w:w="2880" w:type="dxa"/>
          </w:tcPr>
          <w:p w14:paraId="5AB22F88" w14:textId="77777777" w:rsidR="00BB062B" w:rsidRDefault="00000000" w:rsidP="001753D2">
            <w:pPr>
              <w:spacing w:line="276" w:lineRule="auto"/>
              <w:jc w:val="both"/>
            </w:pPr>
            <w:r>
              <w:t>Sikap</w:t>
            </w:r>
          </w:p>
        </w:tc>
      </w:tr>
    </w:tbl>
    <w:p w14:paraId="3A2565CF" w14:textId="77777777" w:rsidR="00D00C49" w:rsidRDefault="00000000" w:rsidP="001753D2">
      <w:pPr>
        <w:pStyle w:val="Heading2"/>
        <w:jc w:val="both"/>
      </w:pPr>
      <w:r>
        <w:t>C. Capaian Pembelajaran Mata Kuliah (CPMK)</w:t>
      </w:r>
    </w:p>
    <w:tbl>
      <w:tblPr>
        <w:tblStyle w:val="TableGrid"/>
        <w:tblW w:w="0" w:type="auto"/>
        <w:tblLook w:val="04A0" w:firstRow="1" w:lastRow="0" w:firstColumn="1" w:lastColumn="0" w:noHBand="0" w:noVBand="1"/>
      </w:tblPr>
      <w:tblGrid>
        <w:gridCol w:w="2880"/>
        <w:gridCol w:w="2880"/>
        <w:gridCol w:w="2880"/>
      </w:tblGrid>
      <w:tr w:rsidR="00D00C49" w14:paraId="1D0BD809" w14:textId="77777777">
        <w:tc>
          <w:tcPr>
            <w:tcW w:w="2880" w:type="dxa"/>
          </w:tcPr>
          <w:p w14:paraId="47BF797C" w14:textId="77777777" w:rsidR="00D00C49" w:rsidRDefault="00000000" w:rsidP="001753D2">
            <w:pPr>
              <w:spacing w:line="276" w:lineRule="auto"/>
              <w:jc w:val="both"/>
            </w:pPr>
            <w:r>
              <w:t>Kode CPMK</w:t>
            </w:r>
          </w:p>
        </w:tc>
        <w:tc>
          <w:tcPr>
            <w:tcW w:w="2880" w:type="dxa"/>
          </w:tcPr>
          <w:p w14:paraId="17A473B3" w14:textId="77777777" w:rsidR="00D00C49" w:rsidRDefault="00000000" w:rsidP="001753D2">
            <w:pPr>
              <w:spacing w:line="276" w:lineRule="auto"/>
              <w:jc w:val="both"/>
            </w:pPr>
            <w:r>
              <w:t>Rumusan CPMK</w:t>
            </w:r>
          </w:p>
        </w:tc>
        <w:tc>
          <w:tcPr>
            <w:tcW w:w="2880" w:type="dxa"/>
          </w:tcPr>
          <w:p w14:paraId="1AF751DA" w14:textId="77777777" w:rsidR="00D00C49" w:rsidRDefault="00000000" w:rsidP="001753D2">
            <w:pPr>
              <w:spacing w:line="276" w:lineRule="auto"/>
              <w:jc w:val="both"/>
            </w:pPr>
            <w:r>
              <w:t>Keterkaitan dengan CPL</w:t>
            </w:r>
          </w:p>
        </w:tc>
      </w:tr>
      <w:tr w:rsidR="00D00C49" w14:paraId="47129A01" w14:textId="77777777">
        <w:tc>
          <w:tcPr>
            <w:tcW w:w="2880" w:type="dxa"/>
          </w:tcPr>
          <w:p w14:paraId="6A6BA1D1" w14:textId="77777777" w:rsidR="00D00C49" w:rsidRDefault="00000000" w:rsidP="001753D2">
            <w:pPr>
              <w:spacing w:line="276" w:lineRule="auto"/>
              <w:jc w:val="both"/>
            </w:pPr>
            <w:r>
              <w:t xml:space="preserve"> </w:t>
            </w:r>
          </w:p>
        </w:tc>
        <w:tc>
          <w:tcPr>
            <w:tcW w:w="2880" w:type="dxa"/>
          </w:tcPr>
          <w:p w14:paraId="3E2BB2E1" w14:textId="77777777" w:rsidR="00D00C49" w:rsidRDefault="00000000" w:rsidP="001753D2">
            <w:pPr>
              <w:spacing w:line="276" w:lineRule="auto"/>
              <w:jc w:val="both"/>
            </w:pPr>
            <w:r>
              <w:t xml:space="preserve"> </w:t>
            </w:r>
          </w:p>
        </w:tc>
        <w:tc>
          <w:tcPr>
            <w:tcW w:w="2880" w:type="dxa"/>
          </w:tcPr>
          <w:p w14:paraId="2D7A476B" w14:textId="77777777" w:rsidR="00D00C49" w:rsidRDefault="00000000" w:rsidP="001753D2">
            <w:pPr>
              <w:spacing w:line="276" w:lineRule="auto"/>
              <w:jc w:val="both"/>
            </w:pPr>
            <w:r>
              <w:t xml:space="preserve"> </w:t>
            </w:r>
          </w:p>
        </w:tc>
      </w:tr>
      <w:tr w:rsidR="00BB062B" w14:paraId="7CFB183C" w14:textId="77777777">
        <w:tc>
          <w:tcPr>
            <w:tcW w:w="2880" w:type="dxa"/>
          </w:tcPr>
          <w:p w14:paraId="2FAAF2CE" w14:textId="77777777" w:rsidR="00BB062B" w:rsidRDefault="00000000" w:rsidP="001753D2">
            <w:pPr>
              <w:spacing w:line="276" w:lineRule="auto"/>
              <w:jc w:val="both"/>
            </w:pPr>
            <w:r>
              <w:lastRenderedPageBreak/>
              <w:t>CPMK-1</w:t>
            </w:r>
          </w:p>
        </w:tc>
        <w:tc>
          <w:tcPr>
            <w:tcW w:w="2880" w:type="dxa"/>
          </w:tcPr>
          <w:p w14:paraId="4C318587" w14:textId="77777777" w:rsidR="00BB062B" w:rsidRDefault="00000000" w:rsidP="001753D2">
            <w:pPr>
              <w:spacing w:line="276" w:lineRule="auto"/>
              <w:jc w:val="both"/>
            </w:pPr>
            <w:r>
              <w:t>Mahasiswa mampu menjelaskan konsep dasar dan ruang lingkup administrasi pembangunan.</w:t>
            </w:r>
          </w:p>
        </w:tc>
        <w:tc>
          <w:tcPr>
            <w:tcW w:w="2880" w:type="dxa"/>
          </w:tcPr>
          <w:p w14:paraId="22DC6AD4" w14:textId="77777777" w:rsidR="00BB062B" w:rsidRDefault="00000000" w:rsidP="001753D2">
            <w:pPr>
              <w:spacing w:line="276" w:lineRule="auto"/>
              <w:jc w:val="both"/>
            </w:pPr>
            <w:r>
              <w:t>CPL-1</w:t>
            </w:r>
          </w:p>
        </w:tc>
      </w:tr>
      <w:tr w:rsidR="00BB062B" w14:paraId="3877E8F3" w14:textId="77777777">
        <w:tc>
          <w:tcPr>
            <w:tcW w:w="2880" w:type="dxa"/>
          </w:tcPr>
          <w:p w14:paraId="47DDB21A" w14:textId="77777777" w:rsidR="00BB062B" w:rsidRDefault="00000000" w:rsidP="001753D2">
            <w:pPr>
              <w:spacing w:line="276" w:lineRule="auto"/>
              <w:jc w:val="both"/>
            </w:pPr>
            <w:r>
              <w:t>CPMK-2</w:t>
            </w:r>
          </w:p>
        </w:tc>
        <w:tc>
          <w:tcPr>
            <w:tcW w:w="2880" w:type="dxa"/>
          </w:tcPr>
          <w:p w14:paraId="1F067679" w14:textId="77777777" w:rsidR="00BB062B" w:rsidRDefault="00000000" w:rsidP="001753D2">
            <w:pPr>
              <w:spacing w:line="276" w:lineRule="auto"/>
              <w:jc w:val="both"/>
            </w:pPr>
            <w:r>
              <w:t>Mahasiswa mampu menganalisis faktor-faktor yang mempengaruhi keberhasilan pembangunan daerah.</w:t>
            </w:r>
          </w:p>
        </w:tc>
        <w:tc>
          <w:tcPr>
            <w:tcW w:w="2880" w:type="dxa"/>
          </w:tcPr>
          <w:p w14:paraId="55FBD06E" w14:textId="77777777" w:rsidR="00BB062B" w:rsidRDefault="00000000" w:rsidP="001753D2">
            <w:pPr>
              <w:spacing w:line="276" w:lineRule="auto"/>
              <w:jc w:val="both"/>
            </w:pPr>
            <w:r>
              <w:t>CPL-2</w:t>
            </w:r>
          </w:p>
        </w:tc>
      </w:tr>
      <w:tr w:rsidR="00BB062B" w14:paraId="66329B6D" w14:textId="77777777">
        <w:tc>
          <w:tcPr>
            <w:tcW w:w="2880" w:type="dxa"/>
          </w:tcPr>
          <w:p w14:paraId="6B3075B6" w14:textId="77777777" w:rsidR="00BB062B" w:rsidRDefault="00000000" w:rsidP="001753D2">
            <w:pPr>
              <w:spacing w:line="276" w:lineRule="auto"/>
              <w:jc w:val="both"/>
            </w:pPr>
            <w:r>
              <w:t>CPMK-3</w:t>
            </w:r>
          </w:p>
        </w:tc>
        <w:tc>
          <w:tcPr>
            <w:tcW w:w="2880" w:type="dxa"/>
          </w:tcPr>
          <w:p w14:paraId="3D20B33D" w14:textId="77777777" w:rsidR="00BB062B" w:rsidRDefault="00000000" w:rsidP="001753D2">
            <w:pPr>
              <w:spacing w:line="276" w:lineRule="auto"/>
              <w:jc w:val="both"/>
            </w:pPr>
            <w:r>
              <w:t>Mahasiswa mampu menyusun usulan atau rancangan kebijakan pembangunan daerah yang berorientasi pada pemberdayaan masyarakat.</w:t>
            </w:r>
          </w:p>
        </w:tc>
        <w:tc>
          <w:tcPr>
            <w:tcW w:w="2880" w:type="dxa"/>
          </w:tcPr>
          <w:p w14:paraId="2A890932" w14:textId="77777777" w:rsidR="00BB062B" w:rsidRDefault="00000000" w:rsidP="001753D2">
            <w:pPr>
              <w:spacing w:line="276" w:lineRule="auto"/>
              <w:jc w:val="both"/>
            </w:pPr>
            <w:r>
              <w:t>CPL-3</w:t>
            </w:r>
          </w:p>
        </w:tc>
      </w:tr>
    </w:tbl>
    <w:p w14:paraId="3E81A3C0" w14:textId="77777777" w:rsidR="00D00C49" w:rsidRDefault="00000000" w:rsidP="001753D2">
      <w:pPr>
        <w:pStyle w:val="Heading2"/>
        <w:jc w:val="both"/>
      </w:pPr>
      <w:r>
        <w:t xml:space="preserve">D. Sub-CPMK / </w:t>
      </w:r>
      <w:r w:rsidRPr="00F96CE5">
        <w:rPr>
          <w:i/>
          <w:iCs/>
        </w:rPr>
        <w:t>Learning Outcome</w:t>
      </w:r>
      <w:r>
        <w:t xml:space="preserve"> per Pertemuan</w:t>
      </w:r>
    </w:p>
    <w:tbl>
      <w:tblPr>
        <w:tblStyle w:val="TableGrid"/>
        <w:tblW w:w="9480" w:type="dxa"/>
        <w:tblLook w:val="04A0" w:firstRow="1" w:lastRow="0" w:firstColumn="1" w:lastColumn="0" w:noHBand="0" w:noVBand="1"/>
      </w:tblPr>
      <w:tblGrid>
        <w:gridCol w:w="810"/>
        <w:gridCol w:w="2015"/>
        <w:gridCol w:w="1626"/>
        <w:gridCol w:w="1790"/>
        <w:gridCol w:w="1514"/>
        <w:gridCol w:w="1216"/>
        <w:gridCol w:w="779"/>
      </w:tblGrid>
      <w:tr w:rsidR="00D00C49" w14:paraId="69D0D02E" w14:textId="77777777" w:rsidTr="001753D2">
        <w:tc>
          <w:tcPr>
            <w:tcW w:w="810" w:type="dxa"/>
          </w:tcPr>
          <w:p w14:paraId="0E73DFF5" w14:textId="47E31166" w:rsidR="00D00C49" w:rsidRDefault="001753D2" w:rsidP="001753D2">
            <w:pPr>
              <w:spacing w:line="276" w:lineRule="auto"/>
              <w:jc w:val="both"/>
            </w:pPr>
            <w:r>
              <w:t>Mingu</w:t>
            </w:r>
          </w:p>
        </w:tc>
        <w:tc>
          <w:tcPr>
            <w:tcW w:w="1566" w:type="dxa"/>
          </w:tcPr>
          <w:p w14:paraId="0E63805D" w14:textId="77777777" w:rsidR="00D00C49" w:rsidRDefault="00000000" w:rsidP="001753D2">
            <w:pPr>
              <w:spacing w:line="276" w:lineRule="auto"/>
              <w:jc w:val="both"/>
            </w:pPr>
            <w:r>
              <w:t>Sub-CPMK</w:t>
            </w:r>
          </w:p>
        </w:tc>
        <w:tc>
          <w:tcPr>
            <w:tcW w:w="1805" w:type="dxa"/>
          </w:tcPr>
          <w:p w14:paraId="1A4038C5" w14:textId="77777777" w:rsidR="00D00C49" w:rsidRDefault="00000000" w:rsidP="001753D2">
            <w:pPr>
              <w:spacing w:line="276" w:lineRule="auto"/>
              <w:jc w:val="both"/>
            </w:pPr>
            <w:r>
              <w:t>Pokok Bahasan / Materi Pembelajaran</w:t>
            </w:r>
          </w:p>
        </w:tc>
        <w:tc>
          <w:tcPr>
            <w:tcW w:w="1790" w:type="dxa"/>
          </w:tcPr>
          <w:p w14:paraId="2CCE8DE6" w14:textId="77777777" w:rsidR="00D00C49" w:rsidRDefault="00000000" w:rsidP="001753D2">
            <w:pPr>
              <w:spacing w:line="276" w:lineRule="auto"/>
              <w:jc w:val="both"/>
            </w:pPr>
            <w:r>
              <w:t>Indikator Pencapaian</w:t>
            </w:r>
          </w:p>
        </w:tc>
        <w:tc>
          <w:tcPr>
            <w:tcW w:w="1514" w:type="dxa"/>
          </w:tcPr>
          <w:p w14:paraId="0B266A1A" w14:textId="77777777" w:rsidR="00D00C49" w:rsidRDefault="00000000" w:rsidP="001753D2">
            <w:pPr>
              <w:spacing w:line="276" w:lineRule="auto"/>
              <w:jc w:val="both"/>
            </w:pPr>
            <w:r>
              <w:t>Bentuk Kegiatan Pembelajaran</w:t>
            </w:r>
          </w:p>
        </w:tc>
        <w:tc>
          <w:tcPr>
            <w:tcW w:w="1216" w:type="dxa"/>
          </w:tcPr>
          <w:p w14:paraId="5BC12E1A" w14:textId="77777777" w:rsidR="00D00C49" w:rsidRDefault="00000000" w:rsidP="001753D2">
            <w:pPr>
              <w:spacing w:line="276" w:lineRule="auto"/>
              <w:jc w:val="both"/>
            </w:pPr>
            <w:r>
              <w:t>Kriteria &amp; Bentuk Penilaian</w:t>
            </w:r>
          </w:p>
        </w:tc>
        <w:tc>
          <w:tcPr>
            <w:tcW w:w="779" w:type="dxa"/>
          </w:tcPr>
          <w:p w14:paraId="1D12804D" w14:textId="77777777" w:rsidR="00D00C49" w:rsidRDefault="00000000" w:rsidP="001753D2">
            <w:pPr>
              <w:spacing w:line="276" w:lineRule="auto"/>
              <w:jc w:val="both"/>
            </w:pPr>
            <w:r>
              <w:t>Bobot (%)</w:t>
            </w:r>
          </w:p>
        </w:tc>
      </w:tr>
      <w:tr w:rsidR="00BB062B" w14:paraId="108D4A3C" w14:textId="77777777" w:rsidTr="001753D2">
        <w:tc>
          <w:tcPr>
            <w:tcW w:w="810" w:type="dxa"/>
          </w:tcPr>
          <w:p w14:paraId="235DCCAF" w14:textId="77777777" w:rsidR="00BB062B" w:rsidRDefault="00000000" w:rsidP="001753D2">
            <w:pPr>
              <w:spacing w:line="276" w:lineRule="auto"/>
              <w:jc w:val="center"/>
            </w:pPr>
            <w:r>
              <w:t>1</w:t>
            </w:r>
          </w:p>
        </w:tc>
        <w:tc>
          <w:tcPr>
            <w:tcW w:w="1566" w:type="dxa"/>
          </w:tcPr>
          <w:p w14:paraId="6082138A" w14:textId="77777777" w:rsidR="00BB062B" w:rsidRDefault="00000000" w:rsidP="001753D2">
            <w:pPr>
              <w:spacing w:line="276" w:lineRule="auto"/>
              <w:jc w:val="both"/>
            </w:pPr>
            <w:r>
              <w:t>Memahami konsep dan ruang lingkup administrasi pembangunan</w:t>
            </w:r>
          </w:p>
        </w:tc>
        <w:tc>
          <w:tcPr>
            <w:tcW w:w="1805" w:type="dxa"/>
          </w:tcPr>
          <w:p w14:paraId="79347749" w14:textId="77777777" w:rsidR="00BB062B" w:rsidRDefault="00000000" w:rsidP="001753D2">
            <w:pPr>
              <w:spacing w:line="276" w:lineRule="auto"/>
              <w:jc w:val="both"/>
            </w:pPr>
            <w:r>
              <w:t>Pengantar administrasi pembangunan dan pembangunan daerah</w:t>
            </w:r>
          </w:p>
        </w:tc>
        <w:tc>
          <w:tcPr>
            <w:tcW w:w="1790" w:type="dxa"/>
          </w:tcPr>
          <w:p w14:paraId="6CD129C5" w14:textId="77777777" w:rsidR="00BB062B" w:rsidRDefault="00000000" w:rsidP="001753D2">
            <w:pPr>
              <w:spacing w:line="276" w:lineRule="auto"/>
              <w:jc w:val="both"/>
            </w:pPr>
            <w:r>
              <w:t>Menjelaskan definisi dan tujuan administrasi pembangunan</w:t>
            </w:r>
          </w:p>
        </w:tc>
        <w:tc>
          <w:tcPr>
            <w:tcW w:w="1514" w:type="dxa"/>
          </w:tcPr>
          <w:p w14:paraId="2F3C6D51" w14:textId="77777777" w:rsidR="00BB062B" w:rsidRDefault="00000000" w:rsidP="001753D2">
            <w:pPr>
              <w:spacing w:line="276" w:lineRule="auto"/>
              <w:jc w:val="both"/>
            </w:pPr>
            <w:r>
              <w:t>Ceramah, diskusi</w:t>
            </w:r>
          </w:p>
        </w:tc>
        <w:tc>
          <w:tcPr>
            <w:tcW w:w="1216" w:type="dxa"/>
          </w:tcPr>
          <w:p w14:paraId="3C3A94EB" w14:textId="77777777" w:rsidR="00BB062B" w:rsidRDefault="00000000" w:rsidP="001753D2">
            <w:pPr>
              <w:spacing w:line="276" w:lineRule="auto"/>
              <w:jc w:val="both"/>
            </w:pPr>
            <w:r>
              <w:t>Partisipasi aktif</w:t>
            </w:r>
          </w:p>
        </w:tc>
        <w:tc>
          <w:tcPr>
            <w:tcW w:w="779" w:type="dxa"/>
          </w:tcPr>
          <w:p w14:paraId="2E6FC2B4" w14:textId="77777777" w:rsidR="00BB062B" w:rsidRDefault="00000000" w:rsidP="001753D2">
            <w:pPr>
              <w:spacing w:line="276" w:lineRule="auto"/>
              <w:jc w:val="both"/>
            </w:pPr>
            <w:r>
              <w:t>5</w:t>
            </w:r>
          </w:p>
        </w:tc>
      </w:tr>
      <w:tr w:rsidR="00BB062B" w14:paraId="435D86D2" w14:textId="77777777" w:rsidTr="001753D2">
        <w:tc>
          <w:tcPr>
            <w:tcW w:w="810" w:type="dxa"/>
          </w:tcPr>
          <w:p w14:paraId="1765A748" w14:textId="77777777" w:rsidR="00BB062B" w:rsidRDefault="00000000" w:rsidP="001753D2">
            <w:pPr>
              <w:spacing w:line="276" w:lineRule="auto"/>
              <w:jc w:val="center"/>
            </w:pPr>
            <w:r>
              <w:t>2</w:t>
            </w:r>
          </w:p>
        </w:tc>
        <w:tc>
          <w:tcPr>
            <w:tcW w:w="1566" w:type="dxa"/>
          </w:tcPr>
          <w:p w14:paraId="31CF3393" w14:textId="77777777" w:rsidR="00BB062B" w:rsidRDefault="00000000" w:rsidP="001753D2">
            <w:pPr>
              <w:spacing w:line="276" w:lineRule="auto"/>
              <w:jc w:val="both"/>
            </w:pPr>
            <w:r>
              <w:t>Mengenali teori dan pendekatan pembangunan</w:t>
            </w:r>
          </w:p>
        </w:tc>
        <w:tc>
          <w:tcPr>
            <w:tcW w:w="1805" w:type="dxa"/>
          </w:tcPr>
          <w:p w14:paraId="74FA4DA4" w14:textId="77777777" w:rsidR="00BB062B" w:rsidRDefault="00000000" w:rsidP="001753D2">
            <w:pPr>
              <w:spacing w:line="276" w:lineRule="auto"/>
              <w:jc w:val="both"/>
            </w:pPr>
            <w:r>
              <w:t>Teori pembangunan klasik dan modern</w:t>
            </w:r>
          </w:p>
        </w:tc>
        <w:tc>
          <w:tcPr>
            <w:tcW w:w="1790" w:type="dxa"/>
          </w:tcPr>
          <w:p w14:paraId="4181721B" w14:textId="77777777" w:rsidR="00BB062B" w:rsidRDefault="00000000" w:rsidP="001753D2">
            <w:pPr>
              <w:spacing w:line="276" w:lineRule="auto"/>
              <w:jc w:val="both"/>
            </w:pPr>
            <w:r>
              <w:t>Membedakan teori pembangunan</w:t>
            </w:r>
          </w:p>
        </w:tc>
        <w:tc>
          <w:tcPr>
            <w:tcW w:w="1514" w:type="dxa"/>
          </w:tcPr>
          <w:p w14:paraId="1E035472" w14:textId="77777777" w:rsidR="00BB062B" w:rsidRDefault="00000000" w:rsidP="001753D2">
            <w:pPr>
              <w:spacing w:line="276" w:lineRule="auto"/>
              <w:jc w:val="both"/>
            </w:pPr>
            <w:r>
              <w:t>Diskusi, presentasi</w:t>
            </w:r>
          </w:p>
        </w:tc>
        <w:tc>
          <w:tcPr>
            <w:tcW w:w="1216" w:type="dxa"/>
          </w:tcPr>
          <w:p w14:paraId="00CB5CB4" w14:textId="77777777" w:rsidR="00BB062B" w:rsidRDefault="00000000" w:rsidP="001753D2">
            <w:pPr>
              <w:spacing w:line="276" w:lineRule="auto"/>
              <w:jc w:val="both"/>
            </w:pPr>
            <w:r>
              <w:t>Tugas individu</w:t>
            </w:r>
          </w:p>
        </w:tc>
        <w:tc>
          <w:tcPr>
            <w:tcW w:w="779" w:type="dxa"/>
          </w:tcPr>
          <w:p w14:paraId="14B01D37" w14:textId="77777777" w:rsidR="00BB062B" w:rsidRDefault="00000000" w:rsidP="001753D2">
            <w:pPr>
              <w:spacing w:line="276" w:lineRule="auto"/>
              <w:jc w:val="both"/>
            </w:pPr>
            <w:r>
              <w:t>5</w:t>
            </w:r>
          </w:p>
        </w:tc>
      </w:tr>
      <w:tr w:rsidR="00BB062B" w14:paraId="101F5D63" w14:textId="77777777" w:rsidTr="001753D2">
        <w:tc>
          <w:tcPr>
            <w:tcW w:w="810" w:type="dxa"/>
          </w:tcPr>
          <w:p w14:paraId="760A0256" w14:textId="77777777" w:rsidR="00BB062B" w:rsidRDefault="00000000" w:rsidP="001753D2">
            <w:pPr>
              <w:spacing w:line="276" w:lineRule="auto"/>
              <w:jc w:val="center"/>
            </w:pPr>
            <w:r>
              <w:t>3</w:t>
            </w:r>
          </w:p>
        </w:tc>
        <w:tc>
          <w:tcPr>
            <w:tcW w:w="1566" w:type="dxa"/>
          </w:tcPr>
          <w:p w14:paraId="79088FE1" w14:textId="77777777" w:rsidR="00BB062B" w:rsidRDefault="00000000" w:rsidP="001753D2">
            <w:pPr>
              <w:spacing w:line="276" w:lineRule="auto"/>
              <w:jc w:val="both"/>
            </w:pPr>
            <w:r>
              <w:t>Menganalisis peran administrasi publik dalam pembangunan</w:t>
            </w:r>
          </w:p>
        </w:tc>
        <w:tc>
          <w:tcPr>
            <w:tcW w:w="1805" w:type="dxa"/>
          </w:tcPr>
          <w:p w14:paraId="5884A7A4" w14:textId="77777777" w:rsidR="00BB062B" w:rsidRDefault="00000000" w:rsidP="001753D2">
            <w:pPr>
              <w:spacing w:line="276" w:lineRule="auto"/>
              <w:jc w:val="both"/>
            </w:pPr>
            <w:r>
              <w:t>Peran pemerintah, birokrasi, dan lembaga publik</w:t>
            </w:r>
          </w:p>
        </w:tc>
        <w:tc>
          <w:tcPr>
            <w:tcW w:w="1790" w:type="dxa"/>
          </w:tcPr>
          <w:p w14:paraId="742036FC" w14:textId="77777777" w:rsidR="00BB062B" w:rsidRDefault="00000000" w:rsidP="001753D2">
            <w:pPr>
              <w:spacing w:line="276" w:lineRule="auto"/>
              <w:jc w:val="both"/>
            </w:pPr>
            <w:r>
              <w:t>Menguraikan peran aktor pembangunan</w:t>
            </w:r>
          </w:p>
        </w:tc>
        <w:tc>
          <w:tcPr>
            <w:tcW w:w="1514" w:type="dxa"/>
          </w:tcPr>
          <w:p w14:paraId="12EA5DC8" w14:textId="77777777" w:rsidR="00BB062B" w:rsidRDefault="00000000" w:rsidP="001753D2">
            <w:pPr>
              <w:spacing w:line="276" w:lineRule="auto"/>
              <w:jc w:val="both"/>
            </w:pPr>
            <w:r>
              <w:t>Studi kasus</w:t>
            </w:r>
          </w:p>
        </w:tc>
        <w:tc>
          <w:tcPr>
            <w:tcW w:w="1216" w:type="dxa"/>
          </w:tcPr>
          <w:p w14:paraId="441C7B6D" w14:textId="77777777" w:rsidR="00BB062B" w:rsidRDefault="00000000" w:rsidP="001753D2">
            <w:pPr>
              <w:spacing w:line="276" w:lineRule="auto"/>
              <w:jc w:val="both"/>
            </w:pPr>
            <w:r>
              <w:t>Refleksi tertulis</w:t>
            </w:r>
          </w:p>
        </w:tc>
        <w:tc>
          <w:tcPr>
            <w:tcW w:w="779" w:type="dxa"/>
          </w:tcPr>
          <w:p w14:paraId="13B7E02A" w14:textId="77777777" w:rsidR="00BB062B" w:rsidRDefault="00000000" w:rsidP="001753D2">
            <w:pPr>
              <w:spacing w:line="276" w:lineRule="auto"/>
              <w:jc w:val="both"/>
            </w:pPr>
            <w:r>
              <w:t>5</w:t>
            </w:r>
          </w:p>
        </w:tc>
      </w:tr>
      <w:tr w:rsidR="00BB062B" w14:paraId="0687D04D" w14:textId="77777777" w:rsidTr="001753D2">
        <w:tc>
          <w:tcPr>
            <w:tcW w:w="810" w:type="dxa"/>
          </w:tcPr>
          <w:p w14:paraId="1E4E664D" w14:textId="77777777" w:rsidR="00BB062B" w:rsidRDefault="00000000" w:rsidP="001753D2">
            <w:pPr>
              <w:spacing w:line="276" w:lineRule="auto"/>
              <w:jc w:val="center"/>
            </w:pPr>
            <w:r>
              <w:t>4</w:t>
            </w:r>
          </w:p>
        </w:tc>
        <w:tc>
          <w:tcPr>
            <w:tcW w:w="1566" w:type="dxa"/>
          </w:tcPr>
          <w:p w14:paraId="40B74874" w14:textId="77777777" w:rsidR="00BB062B" w:rsidRDefault="00000000" w:rsidP="001753D2">
            <w:pPr>
              <w:spacing w:line="276" w:lineRule="auto"/>
              <w:jc w:val="both"/>
            </w:pPr>
            <w:r>
              <w:t>Menjelaskan proses perencanaan pembangunan daerah</w:t>
            </w:r>
          </w:p>
        </w:tc>
        <w:tc>
          <w:tcPr>
            <w:tcW w:w="1805" w:type="dxa"/>
          </w:tcPr>
          <w:p w14:paraId="5263519F" w14:textId="77777777" w:rsidR="00BB062B" w:rsidRDefault="00000000" w:rsidP="001753D2">
            <w:pPr>
              <w:spacing w:line="276" w:lineRule="auto"/>
              <w:jc w:val="both"/>
            </w:pPr>
            <w:r>
              <w:t>Perencanaan strategis dan RPJMD</w:t>
            </w:r>
          </w:p>
        </w:tc>
        <w:tc>
          <w:tcPr>
            <w:tcW w:w="1790" w:type="dxa"/>
          </w:tcPr>
          <w:p w14:paraId="473F258A" w14:textId="77777777" w:rsidR="00BB062B" w:rsidRDefault="00000000" w:rsidP="001753D2">
            <w:pPr>
              <w:spacing w:line="276" w:lineRule="auto"/>
              <w:jc w:val="both"/>
            </w:pPr>
            <w:r>
              <w:t>Mengidentifikasi tahapan perencanaan daerah</w:t>
            </w:r>
          </w:p>
        </w:tc>
        <w:tc>
          <w:tcPr>
            <w:tcW w:w="1514" w:type="dxa"/>
          </w:tcPr>
          <w:p w14:paraId="5C9004BC" w14:textId="77777777" w:rsidR="00BB062B" w:rsidRDefault="00000000" w:rsidP="001753D2">
            <w:pPr>
              <w:spacing w:line="276" w:lineRule="auto"/>
              <w:jc w:val="both"/>
            </w:pPr>
            <w:r>
              <w:t>Ceramah interaktif</w:t>
            </w:r>
          </w:p>
        </w:tc>
        <w:tc>
          <w:tcPr>
            <w:tcW w:w="1216" w:type="dxa"/>
          </w:tcPr>
          <w:p w14:paraId="1C1285D4" w14:textId="77777777" w:rsidR="00BB062B" w:rsidRDefault="00000000" w:rsidP="001753D2">
            <w:pPr>
              <w:spacing w:line="276" w:lineRule="auto"/>
              <w:jc w:val="both"/>
            </w:pPr>
            <w:r>
              <w:t>Kuis</w:t>
            </w:r>
          </w:p>
        </w:tc>
        <w:tc>
          <w:tcPr>
            <w:tcW w:w="779" w:type="dxa"/>
          </w:tcPr>
          <w:p w14:paraId="0DA4CE37" w14:textId="77777777" w:rsidR="00BB062B" w:rsidRDefault="00000000" w:rsidP="001753D2">
            <w:pPr>
              <w:spacing w:line="276" w:lineRule="auto"/>
              <w:jc w:val="both"/>
            </w:pPr>
            <w:r>
              <w:t>5</w:t>
            </w:r>
          </w:p>
        </w:tc>
      </w:tr>
      <w:tr w:rsidR="00BB062B" w14:paraId="5A85295A" w14:textId="77777777" w:rsidTr="001753D2">
        <w:tc>
          <w:tcPr>
            <w:tcW w:w="810" w:type="dxa"/>
          </w:tcPr>
          <w:p w14:paraId="234ED5EB" w14:textId="77777777" w:rsidR="00BB062B" w:rsidRDefault="00000000" w:rsidP="001753D2">
            <w:pPr>
              <w:spacing w:line="276" w:lineRule="auto"/>
              <w:jc w:val="center"/>
            </w:pPr>
            <w:r>
              <w:t>5</w:t>
            </w:r>
          </w:p>
        </w:tc>
        <w:tc>
          <w:tcPr>
            <w:tcW w:w="1566" w:type="dxa"/>
          </w:tcPr>
          <w:p w14:paraId="227157D6" w14:textId="77777777" w:rsidR="00BB062B" w:rsidRDefault="00000000" w:rsidP="001753D2">
            <w:pPr>
              <w:spacing w:line="276" w:lineRule="auto"/>
              <w:jc w:val="both"/>
            </w:pPr>
            <w:r>
              <w:t xml:space="preserve">Menganalisis kebijakan </w:t>
            </w:r>
            <w:r>
              <w:lastRenderedPageBreak/>
              <w:t>pembangunan daerah</w:t>
            </w:r>
          </w:p>
        </w:tc>
        <w:tc>
          <w:tcPr>
            <w:tcW w:w="1805" w:type="dxa"/>
          </w:tcPr>
          <w:p w14:paraId="714380CF" w14:textId="77777777" w:rsidR="00BB062B" w:rsidRDefault="00000000" w:rsidP="001753D2">
            <w:pPr>
              <w:spacing w:line="276" w:lineRule="auto"/>
              <w:jc w:val="both"/>
            </w:pPr>
            <w:r>
              <w:lastRenderedPageBreak/>
              <w:t xml:space="preserve">Kebijakan publik dan </w:t>
            </w:r>
            <w:r>
              <w:lastRenderedPageBreak/>
              <w:t>implementasi pembangunan</w:t>
            </w:r>
          </w:p>
        </w:tc>
        <w:tc>
          <w:tcPr>
            <w:tcW w:w="1790" w:type="dxa"/>
          </w:tcPr>
          <w:p w14:paraId="45B17DC2" w14:textId="77777777" w:rsidR="00BB062B" w:rsidRDefault="00000000" w:rsidP="001753D2">
            <w:pPr>
              <w:spacing w:line="276" w:lineRule="auto"/>
              <w:jc w:val="both"/>
            </w:pPr>
            <w:r>
              <w:lastRenderedPageBreak/>
              <w:t xml:space="preserve">Menganalisis kebijakan </w:t>
            </w:r>
            <w:r>
              <w:lastRenderedPageBreak/>
              <w:t>daerah</w:t>
            </w:r>
          </w:p>
        </w:tc>
        <w:tc>
          <w:tcPr>
            <w:tcW w:w="1514" w:type="dxa"/>
          </w:tcPr>
          <w:p w14:paraId="45325F5B" w14:textId="77777777" w:rsidR="00BB062B" w:rsidRDefault="00000000" w:rsidP="001753D2">
            <w:pPr>
              <w:spacing w:line="276" w:lineRule="auto"/>
              <w:jc w:val="both"/>
            </w:pPr>
            <w:r>
              <w:lastRenderedPageBreak/>
              <w:t>Studi kasus kebijakan</w:t>
            </w:r>
          </w:p>
        </w:tc>
        <w:tc>
          <w:tcPr>
            <w:tcW w:w="1216" w:type="dxa"/>
          </w:tcPr>
          <w:p w14:paraId="388104C5" w14:textId="77777777" w:rsidR="00BB062B" w:rsidRDefault="00000000" w:rsidP="001753D2">
            <w:pPr>
              <w:spacing w:line="276" w:lineRule="auto"/>
              <w:jc w:val="both"/>
            </w:pPr>
            <w:r>
              <w:t>Tugas kelompok</w:t>
            </w:r>
          </w:p>
        </w:tc>
        <w:tc>
          <w:tcPr>
            <w:tcW w:w="779" w:type="dxa"/>
          </w:tcPr>
          <w:p w14:paraId="48A0C3D2" w14:textId="77777777" w:rsidR="00BB062B" w:rsidRDefault="00000000" w:rsidP="001753D2">
            <w:pPr>
              <w:spacing w:line="276" w:lineRule="auto"/>
              <w:jc w:val="both"/>
            </w:pPr>
            <w:r>
              <w:t>5</w:t>
            </w:r>
          </w:p>
        </w:tc>
      </w:tr>
      <w:tr w:rsidR="00BB062B" w14:paraId="39539577" w14:textId="77777777" w:rsidTr="001753D2">
        <w:tc>
          <w:tcPr>
            <w:tcW w:w="810" w:type="dxa"/>
          </w:tcPr>
          <w:p w14:paraId="41904846" w14:textId="77777777" w:rsidR="00BB062B" w:rsidRDefault="00000000" w:rsidP="001753D2">
            <w:pPr>
              <w:spacing w:line="276" w:lineRule="auto"/>
              <w:jc w:val="center"/>
            </w:pPr>
            <w:r>
              <w:t>6</w:t>
            </w:r>
          </w:p>
        </w:tc>
        <w:tc>
          <w:tcPr>
            <w:tcW w:w="1566" w:type="dxa"/>
          </w:tcPr>
          <w:p w14:paraId="57317274" w14:textId="77777777" w:rsidR="00BB062B" w:rsidRDefault="00000000" w:rsidP="001753D2">
            <w:pPr>
              <w:spacing w:line="276" w:lineRule="auto"/>
              <w:jc w:val="both"/>
            </w:pPr>
            <w:r>
              <w:t>Menerapkan prinsip good governance dalam pembangunan daerah</w:t>
            </w:r>
          </w:p>
        </w:tc>
        <w:tc>
          <w:tcPr>
            <w:tcW w:w="1805" w:type="dxa"/>
          </w:tcPr>
          <w:p w14:paraId="1F00C1DB" w14:textId="77777777" w:rsidR="00BB062B" w:rsidRDefault="00000000" w:rsidP="001753D2">
            <w:pPr>
              <w:spacing w:line="276" w:lineRule="auto"/>
              <w:jc w:val="both"/>
            </w:pPr>
            <w:r>
              <w:t>Good governance dan akuntabilitas publik</w:t>
            </w:r>
          </w:p>
        </w:tc>
        <w:tc>
          <w:tcPr>
            <w:tcW w:w="1790" w:type="dxa"/>
          </w:tcPr>
          <w:p w14:paraId="7B19AFBE" w14:textId="77777777" w:rsidR="00BB062B" w:rsidRDefault="00000000" w:rsidP="001753D2">
            <w:pPr>
              <w:spacing w:line="276" w:lineRule="auto"/>
              <w:jc w:val="both"/>
            </w:pPr>
            <w:r>
              <w:t>Menjelaskan prinsip tata kelola yang baik</w:t>
            </w:r>
          </w:p>
        </w:tc>
        <w:tc>
          <w:tcPr>
            <w:tcW w:w="1514" w:type="dxa"/>
          </w:tcPr>
          <w:p w14:paraId="23780D47" w14:textId="77777777" w:rsidR="00BB062B" w:rsidRDefault="00000000" w:rsidP="001753D2">
            <w:pPr>
              <w:spacing w:line="276" w:lineRule="auto"/>
              <w:jc w:val="both"/>
            </w:pPr>
            <w:r>
              <w:t>Diskusi dan refleksi</w:t>
            </w:r>
          </w:p>
        </w:tc>
        <w:tc>
          <w:tcPr>
            <w:tcW w:w="1216" w:type="dxa"/>
          </w:tcPr>
          <w:p w14:paraId="4FA21D02" w14:textId="77777777" w:rsidR="00BB062B" w:rsidRDefault="00000000" w:rsidP="001753D2">
            <w:pPr>
              <w:spacing w:line="276" w:lineRule="auto"/>
              <w:jc w:val="both"/>
            </w:pPr>
            <w:r>
              <w:t>Tugas individu</w:t>
            </w:r>
          </w:p>
        </w:tc>
        <w:tc>
          <w:tcPr>
            <w:tcW w:w="779" w:type="dxa"/>
          </w:tcPr>
          <w:p w14:paraId="193FA2C1" w14:textId="77777777" w:rsidR="00BB062B" w:rsidRDefault="00000000" w:rsidP="001753D2">
            <w:pPr>
              <w:spacing w:line="276" w:lineRule="auto"/>
              <w:jc w:val="both"/>
            </w:pPr>
            <w:r>
              <w:t>5</w:t>
            </w:r>
          </w:p>
        </w:tc>
      </w:tr>
      <w:tr w:rsidR="00BB062B" w14:paraId="5FA17120" w14:textId="77777777" w:rsidTr="001753D2">
        <w:tc>
          <w:tcPr>
            <w:tcW w:w="810" w:type="dxa"/>
          </w:tcPr>
          <w:p w14:paraId="5699B76B" w14:textId="77777777" w:rsidR="00BB062B" w:rsidRDefault="00000000" w:rsidP="001753D2">
            <w:pPr>
              <w:spacing w:line="276" w:lineRule="auto"/>
              <w:jc w:val="center"/>
            </w:pPr>
            <w:r>
              <w:t>7</w:t>
            </w:r>
          </w:p>
        </w:tc>
        <w:tc>
          <w:tcPr>
            <w:tcW w:w="1566" w:type="dxa"/>
          </w:tcPr>
          <w:p w14:paraId="621E5EC2" w14:textId="77777777" w:rsidR="00BB062B" w:rsidRDefault="00000000" w:rsidP="001753D2">
            <w:pPr>
              <w:spacing w:line="276" w:lineRule="auto"/>
              <w:jc w:val="both"/>
            </w:pPr>
            <w:r>
              <w:t>UTS</w:t>
            </w:r>
          </w:p>
        </w:tc>
        <w:tc>
          <w:tcPr>
            <w:tcW w:w="1805" w:type="dxa"/>
          </w:tcPr>
          <w:p w14:paraId="42261EFB" w14:textId="77777777" w:rsidR="00BB062B" w:rsidRDefault="00000000" w:rsidP="001753D2">
            <w:pPr>
              <w:spacing w:line="276" w:lineRule="auto"/>
              <w:jc w:val="both"/>
            </w:pPr>
            <w:r>
              <w:t>Evaluasi capaian pembelajaran tengah semester</w:t>
            </w:r>
          </w:p>
        </w:tc>
        <w:tc>
          <w:tcPr>
            <w:tcW w:w="1790" w:type="dxa"/>
          </w:tcPr>
          <w:p w14:paraId="4B7F493E" w14:textId="77777777" w:rsidR="00BB062B" w:rsidRDefault="00000000" w:rsidP="001753D2">
            <w:pPr>
              <w:spacing w:line="276" w:lineRule="auto"/>
              <w:jc w:val="both"/>
            </w:pPr>
            <w:r>
              <w:t>Mengukur pemahaman teori dan praktik</w:t>
            </w:r>
          </w:p>
        </w:tc>
        <w:tc>
          <w:tcPr>
            <w:tcW w:w="1514" w:type="dxa"/>
          </w:tcPr>
          <w:p w14:paraId="6D29A2FE" w14:textId="77777777" w:rsidR="00BB062B" w:rsidRDefault="00000000" w:rsidP="001753D2">
            <w:pPr>
              <w:spacing w:line="276" w:lineRule="auto"/>
              <w:jc w:val="both"/>
            </w:pPr>
            <w:r>
              <w:t>Ujian tertulis</w:t>
            </w:r>
          </w:p>
        </w:tc>
        <w:tc>
          <w:tcPr>
            <w:tcW w:w="1216" w:type="dxa"/>
          </w:tcPr>
          <w:p w14:paraId="715ED172" w14:textId="77777777" w:rsidR="00BB062B" w:rsidRDefault="00000000" w:rsidP="001753D2">
            <w:pPr>
              <w:spacing w:line="276" w:lineRule="auto"/>
              <w:jc w:val="both"/>
            </w:pPr>
            <w:r>
              <w:t>Nilai ujian</w:t>
            </w:r>
          </w:p>
        </w:tc>
        <w:tc>
          <w:tcPr>
            <w:tcW w:w="779" w:type="dxa"/>
          </w:tcPr>
          <w:p w14:paraId="5D960743" w14:textId="77777777" w:rsidR="00BB062B" w:rsidRDefault="00000000" w:rsidP="001753D2">
            <w:pPr>
              <w:spacing w:line="276" w:lineRule="auto"/>
              <w:jc w:val="both"/>
            </w:pPr>
            <w:r>
              <w:t>15</w:t>
            </w:r>
          </w:p>
        </w:tc>
      </w:tr>
      <w:tr w:rsidR="00BB062B" w14:paraId="7E1A274C" w14:textId="77777777" w:rsidTr="001753D2">
        <w:tc>
          <w:tcPr>
            <w:tcW w:w="810" w:type="dxa"/>
          </w:tcPr>
          <w:p w14:paraId="4F7DC605" w14:textId="77777777" w:rsidR="00BB062B" w:rsidRDefault="00000000" w:rsidP="001753D2">
            <w:pPr>
              <w:spacing w:line="276" w:lineRule="auto"/>
              <w:jc w:val="center"/>
            </w:pPr>
            <w:r>
              <w:t>8</w:t>
            </w:r>
          </w:p>
        </w:tc>
        <w:tc>
          <w:tcPr>
            <w:tcW w:w="1566" w:type="dxa"/>
          </w:tcPr>
          <w:p w14:paraId="27228F26" w14:textId="77777777" w:rsidR="00BB062B" w:rsidRDefault="00000000" w:rsidP="001753D2">
            <w:pPr>
              <w:spacing w:line="276" w:lineRule="auto"/>
              <w:jc w:val="both"/>
            </w:pPr>
            <w:r>
              <w:t>Menganalisis peran masyarakat dalam pembangunan daerah</w:t>
            </w:r>
          </w:p>
        </w:tc>
        <w:tc>
          <w:tcPr>
            <w:tcW w:w="1805" w:type="dxa"/>
          </w:tcPr>
          <w:p w14:paraId="73DA7CC5" w14:textId="77777777" w:rsidR="00BB062B" w:rsidRDefault="00000000" w:rsidP="001753D2">
            <w:pPr>
              <w:spacing w:line="276" w:lineRule="auto"/>
              <w:jc w:val="both"/>
            </w:pPr>
            <w:r>
              <w:t>Partisipasi masyarakat dan pemberdayaan lokal</w:t>
            </w:r>
          </w:p>
        </w:tc>
        <w:tc>
          <w:tcPr>
            <w:tcW w:w="1790" w:type="dxa"/>
          </w:tcPr>
          <w:p w14:paraId="1FF174D9" w14:textId="77777777" w:rsidR="00BB062B" w:rsidRDefault="00000000" w:rsidP="001753D2">
            <w:pPr>
              <w:spacing w:line="276" w:lineRule="auto"/>
              <w:jc w:val="both"/>
            </w:pPr>
            <w:r>
              <w:t>Menganalisis bentuk partisipasi masyarakat</w:t>
            </w:r>
          </w:p>
        </w:tc>
        <w:tc>
          <w:tcPr>
            <w:tcW w:w="1514" w:type="dxa"/>
          </w:tcPr>
          <w:p w14:paraId="0D1C763D" w14:textId="77777777" w:rsidR="00BB062B" w:rsidRDefault="00000000" w:rsidP="001753D2">
            <w:pPr>
              <w:spacing w:line="276" w:lineRule="auto"/>
              <w:jc w:val="both"/>
            </w:pPr>
            <w:r>
              <w:t>Diskusi dan studi lapangan</w:t>
            </w:r>
          </w:p>
        </w:tc>
        <w:tc>
          <w:tcPr>
            <w:tcW w:w="1216" w:type="dxa"/>
          </w:tcPr>
          <w:p w14:paraId="17F0A7A1" w14:textId="77777777" w:rsidR="00BB062B" w:rsidRDefault="00000000" w:rsidP="001753D2">
            <w:pPr>
              <w:spacing w:line="276" w:lineRule="auto"/>
              <w:jc w:val="both"/>
            </w:pPr>
            <w:r>
              <w:t>Laporan singkat</w:t>
            </w:r>
          </w:p>
        </w:tc>
        <w:tc>
          <w:tcPr>
            <w:tcW w:w="779" w:type="dxa"/>
          </w:tcPr>
          <w:p w14:paraId="065B7813" w14:textId="77777777" w:rsidR="00BB062B" w:rsidRDefault="00000000" w:rsidP="001753D2">
            <w:pPr>
              <w:spacing w:line="276" w:lineRule="auto"/>
              <w:jc w:val="both"/>
            </w:pPr>
            <w:r>
              <w:t>5</w:t>
            </w:r>
          </w:p>
        </w:tc>
      </w:tr>
      <w:tr w:rsidR="00BB062B" w14:paraId="61223FB2" w14:textId="77777777" w:rsidTr="001753D2">
        <w:tc>
          <w:tcPr>
            <w:tcW w:w="810" w:type="dxa"/>
          </w:tcPr>
          <w:p w14:paraId="4C6289DE" w14:textId="77777777" w:rsidR="00BB062B" w:rsidRDefault="00000000" w:rsidP="001753D2">
            <w:pPr>
              <w:spacing w:line="276" w:lineRule="auto"/>
              <w:jc w:val="center"/>
            </w:pPr>
            <w:r>
              <w:t>9</w:t>
            </w:r>
          </w:p>
        </w:tc>
        <w:tc>
          <w:tcPr>
            <w:tcW w:w="1566" w:type="dxa"/>
          </w:tcPr>
          <w:p w14:paraId="7B4FDBD7" w14:textId="77777777" w:rsidR="00BB062B" w:rsidRDefault="00000000" w:rsidP="001753D2">
            <w:pPr>
              <w:spacing w:line="276" w:lineRule="auto"/>
              <w:jc w:val="both"/>
            </w:pPr>
            <w:r>
              <w:t>Mengidentifikasi faktor-faktor keberhasilan pembangunan</w:t>
            </w:r>
          </w:p>
        </w:tc>
        <w:tc>
          <w:tcPr>
            <w:tcW w:w="1805" w:type="dxa"/>
          </w:tcPr>
          <w:p w14:paraId="41B1D146" w14:textId="77777777" w:rsidR="00BB062B" w:rsidRDefault="00000000" w:rsidP="001753D2">
            <w:pPr>
              <w:spacing w:line="276" w:lineRule="auto"/>
              <w:jc w:val="both"/>
            </w:pPr>
            <w:r>
              <w:t>Aspek sosial, ekonomi, politik dan budaya</w:t>
            </w:r>
          </w:p>
        </w:tc>
        <w:tc>
          <w:tcPr>
            <w:tcW w:w="1790" w:type="dxa"/>
          </w:tcPr>
          <w:p w14:paraId="5DB6422B" w14:textId="77777777" w:rsidR="00BB062B" w:rsidRDefault="00000000" w:rsidP="001753D2">
            <w:pPr>
              <w:spacing w:line="276" w:lineRule="auto"/>
              <w:jc w:val="both"/>
            </w:pPr>
            <w:r>
              <w:t>Menguraikan faktor keberhasilan pembangunan</w:t>
            </w:r>
          </w:p>
        </w:tc>
        <w:tc>
          <w:tcPr>
            <w:tcW w:w="1514" w:type="dxa"/>
          </w:tcPr>
          <w:p w14:paraId="3415605C" w14:textId="77777777" w:rsidR="00BB062B" w:rsidRDefault="00000000" w:rsidP="001753D2">
            <w:pPr>
              <w:spacing w:line="276" w:lineRule="auto"/>
              <w:jc w:val="both"/>
            </w:pPr>
            <w:r>
              <w:t>Ceramah, diskusi</w:t>
            </w:r>
          </w:p>
        </w:tc>
        <w:tc>
          <w:tcPr>
            <w:tcW w:w="1216" w:type="dxa"/>
          </w:tcPr>
          <w:p w14:paraId="331E831D" w14:textId="77777777" w:rsidR="00BB062B" w:rsidRDefault="00000000" w:rsidP="001753D2">
            <w:pPr>
              <w:spacing w:line="276" w:lineRule="auto"/>
              <w:jc w:val="both"/>
            </w:pPr>
            <w:r>
              <w:t>Kuis</w:t>
            </w:r>
          </w:p>
        </w:tc>
        <w:tc>
          <w:tcPr>
            <w:tcW w:w="779" w:type="dxa"/>
          </w:tcPr>
          <w:p w14:paraId="3498B345" w14:textId="77777777" w:rsidR="00BB062B" w:rsidRDefault="00000000" w:rsidP="001753D2">
            <w:pPr>
              <w:spacing w:line="276" w:lineRule="auto"/>
              <w:jc w:val="both"/>
            </w:pPr>
            <w:r>
              <w:t>5</w:t>
            </w:r>
          </w:p>
        </w:tc>
      </w:tr>
      <w:tr w:rsidR="00BB062B" w14:paraId="19874B37" w14:textId="77777777" w:rsidTr="001753D2">
        <w:tc>
          <w:tcPr>
            <w:tcW w:w="810" w:type="dxa"/>
          </w:tcPr>
          <w:p w14:paraId="79F28380" w14:textId="77777777" w:rsidR="00BB062B" w:rsidRDefault="00000000" w:rsidP="001753D2">
            <w:pPr>
              <w:spacing w:line="276" w:lineRule="auto"/>
              <w:jc w:val="center"/>
            </w:pPr>
            <w:r>
              <w:t>10</w:t>
            </w:r>
          </w:p>
        </w:tc>
        <w:tc>
          <w:tcPr>
            <w:tcW w:w="1566" w:type="dxa"/>
          </w:tcPr>
          <w:p w14:paraId="67ABBEA8" w14:textId="77777777" w:rsidR="00BB062B" w:rsidRDefault="00000000" w:rsidP="001753D2">
            <w:pPr>
              <w:spacing w:line="276" w:lineRule="auto"/>
              <w:jc w:val="both"/>
            </w:pPr>
            <w:r>
              <w:t>Menyusun rencana kebijakan pembangunan daerah</w:t>
            </w:r>
          </w:p>
        </w:tc>
        <w:tc>
          <w:tcPr>
            <w:tcW w:w="1805" w:type="dxa"/>
          </w:tcPr>
          <w:p w14:paraId="42BE284B" w14:textId="77777777" w:rsidR="00BB062B" w:rsidRDefault="00000000" w:rsidP="001753D2">
            <w:pPr>
              <w:spacing w:line="276" w:lineRule="auto"/>
              <w:jc w:val="both"/>
            </w:pPr>
            <w:r>
              <w:t>Perancangan kebijakan berbasis masalah</w:t>
            </w:r>
          </w:p>
        </w:tc>
        <w:tc>
          <w:tcPr>
            <w:tcW w:w="1790" w:type="dxa"/>
          </w:tcPr>
          <w:p w14:paraId="141CA95A" w14:textId="77777777" w:rsidR="00BB062B" w:rsidRDefault="00000000" w:rsidP="001753D2">
            <w:pPr>
              <w:spacing w:line="276" w:lineRule="auto"/>
              <w:jc w:val="both"/>
            </w:pPr>
            <w:r>
              <w:t>Membuat draft kebijakan daerah</w:t>
            </w:r>
          </w:p>
        </w:tc>
        <w:tc>
          <w:tcPr>
            <w:tcW w:w="1514" w:type="dxa"/>
          </w:tcPr>
          <w:p w14:paraId="2A99AEF3" w14:textId="77777777" w:rsidR="00BB062B" w:rsidRDefault="00000000" w:rsidP="001753D2">
            <w:pPr>
              <w:spacing w:line="276" w:lineRule="auto"/>
              <w:jc w:val="both"/>
            </w:pPr>
            <w:r>
              <w:t>Project Based Learning</w:t>
            </w:r>
          </w:p>
        </w:tc>
        <w:tc>
          <w:tcPr>
            <w:tcW w:w="1216" w:type="dxa"/>
          </w:tcPr>
          <w:p w14:paraId="64D95E2B" w14:textId="77777777" w:rsidR="00BB062B" w:rsidRDefault="00000000" w:rsidP="001753D2">
            <w:pPr>
              <w:spacing w:line="276" w:lineRule="auto"/>
              <w:jc w:val="both"/>
            </w:pPr>
            <w:r>
              <w:t>Proposal proyek</w:t>
            </w:r>
          </w:p>
        </w:tc>
        <w:tc>
          <w:tcPr>
            <w:tcW w:w="779" w:type="dxa"/>
          </w:tcPr>
          <w:p w14:paraId="01FE72D0" w14:textId="77777777" w:rsidR="00BB062B" w:rsidRDefault="00000000" w:rsidP="001753D2">
            <w:pPr>
              <w:spacing w:line="276" w:lineRule="auto"/>
              <w:jc w:val="both"/>
            </w:pPr>
            <w:r>
              <w:t>10</w:t>
            </w:r>
          </w:p>
        </w:tc>
      </w:tr>
      <w:tr w:rsidR="00BB062B" w14:paraId="67A9B58B" w14:textId="77777777" w:rsidTr="001753D2">
        <w:tc>
          <w:tcPr>
            <w:tcW w:w="810" w:type="dxa"/>
          </w:tcPr>
          <w:p w14:paraId="765D328E" w14:textId="77777777" w:rsidR="00BB062B" w:rsidRDefault="00000000" w:rsidP="001753D2">
            <w:pPr>
              <w:spacing w:line="276" w:lineRule="auto"/>
              <w:jc w:val="center"/>
            </w:pPr>
            <w:r>
              <w:t>11</w:t>
            </w:r>
          </w:p>
        </w:tc>
        <w:tc>
          <w:tcPr>
            <w:tcW w:w="1566" w:type="dxa"/>
          </w:tcPr>
          <w:p w14:paraId="70695D8E" w14:textId="77777777" w:rsidR="00BB062B" w:rsidRDefault="00000000" w:rsidP="001753D2">
            <w:pPr>
              <w:spacing w:line="276" w:lineRule="auto"/>
              <w:jc w:val="both"/>
            </w:pPr>
            <w:r>
              <w:t>Menganalisis hambatan dan tantangan pembangunan daerah</w:t>
            </w:r>
          </w:p>
        </w:tc>
        <w:tc>
          <w:tcPr>
            <w:tcW w:w="1805" w:type="dxa"/>
          </w:tcPr>
          <w:p w14:paraId="1537070D" w14:textId="77777777" w:rsidR="00BB062B" w:rsidRDefault="00000000" w:rsidP="001753D2">
            <w:pPr>
              <w:spacing w:line="276" w:lineRule="auto"/>
              <w:jc w:val="both"/>
            </w:pPr>
            <w:r>
              <w:t>Permasalahan birokrasi, politik, dan koordinasi</w:t>
            </w:r>
          </w:p>
        </w:tc>
        <w:tc>
          <w:tcPr>
            <w:tcW w:w="1790" w:type="dxa"/>
          </w:tcPr>
          <w:p w14:paraId="7B1637F0" w14:textId="77777777" w:rsidR="00BB062B" w:rsidRDefault="00000000" w:rsidP="001753D2">
            <w:pPr>
              <w:spacing w:line="276" w:lineRule="auto"/>
              <w:jc w:val="both"/>
            </w:pPr>
            <w:r>
              <w:t>Mengidentifikasi hambatan implementasi</w:t>
            </w:r>
          </w:p>
        </w:tc>
        <w:tc>
          <w:tcPr>
            <w:tcW w:w="1514" w:type="dxa"/>
          </w:tcPr>
          <w:p w14:paraId="1E6CF790" w14:textId="77777777" w:rsidR="00BB062B" w:rsidRDefault="00000000" w:rsidP="001753D2">
            <w:pPr>
              <w:spacing w:line="276" w:lineRule="auto"/>
              <w:jc w:val="both"/>
            </w:pPr>
            <w:r>
              <w:t>Diskusi kelompok</w:t>
            </w:r>
          </w:p>
        </w:tc>
        <w:tc>
          <w:tcPr>
            <w:tcW w:w="1216" w:type="dxa"/>
          </w:tcPr>
          <w:p w14:paraId="55620F13" w14:textId="77777777" w:rsidR="00BB062B" w:rsidRDefault="00000000" w:rsidP="001753D2">
            <w:pPr>
              <w:spacing w:line="276" w:lineRule="auto"/>
              <w:jc w:val="both"/>
            </w:pPr>
            <w:r>
              <w:t>Tugas analisis</w:t>
            </w:r>
          </w:p>
        </w:tc>
        <w:tc>
          <w:tcPr>
            <w:tcW w:w="779" w:type="dxa"/>
          </w:tcPr>
          <w:p w14:paraId="2DE93BD9" w14:textId="77777777" w:rsidR="00BB062B" w:rsidRDefault="00000000" w:rsidP="001753D2">
            <w:pPr>
              <w:spacing w:line="276" w:lineRule="auto"/>
              <w:jc w:val="both"/>
            </w:pPr>
            <w:r>
              <w:t>5</w:t>
            </w:r>
          </w:p>
        </w:tc>
      </w:tr>
      <w:tr w:rsidR="00BB062B" w14:paraId="64501601" w14:textId="77777777" w:rsidTr="001753D2">
        <w:tc>
          <w:tcPr>
            <w:tcW w:w="810" w:type="dxa"/>
          </w:tcPr>
          <w:p w14:paraId="74A67ACC" w14:textId="77777777" w:rsidR="00BB062B" w:rsidRDefault="00000000" w:rsidP="001753D2">
            <w:pPr>
              <w:spacing w:line="276" w:lineRule="auto"/>
              <w:jc w:val="center"/>
            </w:pPr>
            <w:r>
              <w:t>12</w:t>
            </w:r>
          </w:p>
        </w:tc>
        <w:tc>
          <w:tcPr>
            <w:tcW w:w="1566" w:type="dxa"/>
          </w:tcPr>
          <w:p w14:paraId="31C1D421" w14:textId="77777777" w:rsidR="00BB062B" w:rsidRDefault="00000000" w:rsidP="001753D2">
            <w:pPr>
              <w:spacing w:line="276" w:lineRule="auto"/>
              <w:jc w:val="both"/>
            </w:pPr>
            <w:r>
              <w:t>Mengembangkan model pemberdayaan masyarakat</w:t>
            </w:r>
          </w:p>
        </w:tc>
        <w:tc>
          <w:tcPr>
            <w:tcW w:w="1805" w:type="dxa"/>
          </w:tcPr>
          <w:p w14:paraId="73F3BEBE" w14:textId="77777777" w:rsidR="00BB062B" w:rsidRDefault="00000000" w:rsidP="001753D2">
            <w:pPr>
              <w:spacing w:line="276" w:lineRule="auto"/>
              <w:jc w:val="both"/>
            </w:pPr>
            <w:r>
              <w:t>Konsep dan strategi pemberdayaan masyarakat</w:t>
            </w:r>
          </w:p>
        </w:tc>
        <w:tc>
          <w:tcPr>
            <w:tcW w:w="1790" w:type="dxa"/>
          </w:tcPr>
          <w:p w14:paraId="68E9672C" w14:textId="77777777" w:rsidR="00BB062B" w:rsidRDefault="00000000" w:rsidP="001753D2">
            <w:pPr>
              <w:spacing w:line="276" w:lineRule="auto"/>
              <w:jc w:val="both"/>
            </w:pPr>
            <w:r>
              <w:t>Menjelaskan model pemberdayaan</w:t>
            </w:r>
          </w:p>
        </w:tc>
        <w:tc>
          <w:tcPr>
            <w:tcW w:w="1514" w:type="dxa"/>
          </w:tcPr>
          <w:p w14:paraId="5D27EF67" w14:textId="77777777" w:rsidR="00BB062B" w:rsidRDefault="00000000" w:rsidP="001753D2">
            <w:pPr>
              <w:spacing w:line="276" w:lineRule="auto"/>
              <w:jc w:val="both"/>
            </w:pPr>
            <w:r>
              <w:t>Simulasi dan roleplay</w:t>
            </w:r>
          </w:p>
        </w:tc>
        <w:tc>
          <w:tcPr>
            <w:tcW w:w="1216" w:type="dxa"/>
          </w:tcPr>
          <w:p w14:paraId="60183C40" w14:textId="77777777" w:rsidR="00BB062B" w:rsidRDefault="00000000" w:rsidP="001753D2">
            <w:pPr>
              <w:spacing w:line="276" w:lineRule="auto"/>
              <w:jc w:val="both"/>
            </w:pPr>
            <w:r>
              <w:t>Laporan kelompok</w:t>
            </w:r>
          </w:p>
        </w:tc>
        <w:tc>
          <w:tcPr>
            <w:tcW w:w="779" w:type="dxa"/>
          </w:tcPr>
          <w:p w14:paraId="1CCC4A6E" w14:textId="77777777" w:rsidR="00BB062B" w:rsidRDefault="00000000" w:rsidP="001753D2">
            <w:pPr>
              <w:spacing w:line="276" w:lineRule="auto"/>
              <w:jc w:val="both"/>
            </w:pPr>
            <w:r>
              <w:t>5</w:t>
            </w:r>
          </w:p>
        </w:tc>
      </w:tr>
      <w:tr w:rsidR="00BB062B" w14:paraId="11FB8358" w14:textId="77777777" w:rsidTr="001753D2">
        <w:tc>
          <w:tcPr>
            <w:tcW w:w="810" w:type="dxa"/>
          </w:tcPr>
          <w:p w14:paraId="6F691F78" w14:textId="77777777" w:rsidR="00BB062B" w:rsidRDefault="00000000" w:rsidP="001753D2">
            <w:pPr>
              <w:spacing w:line="276" w:lineRule="auto"/>
              <w:jc w:val="center"/>
            </w:pPr>
            <w:r>
              <w:t>13</w:t>
            </w:r>
          </w:p>
        </w:tc>
        <w:tc>
          <w:tcPr>
            <w:tcW w:w="1566" w:type="dxa"/>
          </w:tcPr>
          <w:p w14:paraId="2EE92925" w14:textId="77777777" w:rsidR="00BB062B" w:rsidRDefault="00000000" w:rsidP="001753D2">
            <w:pPr>
              <w:spacing w:line="276" w:lineRule="auto"/>
              <w:jc w:val="both"/>
            </w:pPr>
            <w:r>
              <w:t>Mempresentasikan hasil proyek pembangunan daerah</w:t>
            </w:r>
          </w:p>
        </w:tc>
        <w:tc>
          <w:tcPr>
            <w:tcW w:w="1805" w:type="dxa"/>
          </w:tcPr>
          <w:p w14:paraId="41DC2F4E" w14:textId="77777777" w:rsidR="00BB062B" w:rsidRDefault="00000000" w:rsidP="001753D2">
            <w:pPr>
              <w:spacing w:line="276" w:lineRule="auto"/>
              <w:jc w:val="both"/>
            </w:pPr>
            <w:r>
              <w:t>Presentasi hasil rancangan kebijakan pembangunan</w:t>
            </w:r>
          </w:p>
        </w:tc>
        <w:tc>
          <w:tcPr>
            <w:tcW w:w="1790" w:type="dxa"/>
          </w:tcPr>
          <w:p w14:paraId="370FAC63" w14:textId="77777777" w:rsidR="00BB062B" w:rsidRDefault="00000000" w:rsidP="001753D2">
            <w:pPr>
              <w:spacing w:line="276" w:lineRule="auto"/>
              <w:jc w:val="both"/>
            </w:pPr>
            <w:r>
              <w:t>Menjelaskan hasil dan rekomendasi</w:t>
            </w:r>
          </w:p>
        </w:tc>
        <w:tc>
          <w:tcPr>
            <w:tcW w:w="1514" w:type="dxa"/>
          </w:tcPr>
          <w:p w14:paraId="6F551EC4" w14:textId="77777777" w:rsidR="00BB062B" w:rsidRDefault="00000000" w:rsidP="001753D2">
            <w:pPr>
              <w:spacing w:line="276" w:lineRule="auto"/>
              <w:jc w:val="both"/>
            </w:pPr>
            <w:r>
              <w:t>Presentasi kelompok</w:t>
            </w:r>
          </w:p>
        </w:tc>
        <w:tc>
          <w:tcPr>
            <w:tcW w:w="1216" w:type="dxa"/>
          </w:tcPr>
          <w:p w14:paraId="2F8A2603" w14:textId="77777777" w:rsidR="00BB062B" w:rsidRDefault="00000000" w:rsidP="001753D2">
            <w:pPr>
              <w:spacing w:line="276" w:lineRule="auto"/>
              <w:jc w:val="both"/>
            </w:pPr>
            <w:r>
              <w:t>Penilaian presentasi</w:t>
            </w:r>
          </w:p>
        </w:tc>
        <w:tc>
          <w:tcPr>
            <w:tcW w:w="779" w:type="dxa"/>
          </w:tcPr>
          <w:p w14:paraId="61E10EA4" w14:textId="77777777" w:rsidR="00BB062B" w:rsidRDefault="00000000" w:rsidP="001753D2">
            <w:pPr>
              <w:spacing w:line="276" w:lineRule="auto"/>
              <w:jc w:val="both"/>
            </w:pPr>
            <w:r>
              <w:t>10</w:t>
            </w:r>
          </w:p>
        </w:tc>
      </w:tr>
      <w:tr w:rsidR="00BB062B" w14:paraId="202ABB13" w14:textId="77777777" w:rsidTr="001753D2">
        <w:tc>
          <w:tcPr>
            <w:tcW w:w="810" w:type="dxa"/>
          </w:tcPr>
          <w:p w14:paraId="78EA91AB" w14:textId="77777777" w:rsidR="00BB062B" w:rsidRDefault="00000000" w:rsidP="001753D2">
            <w:pPr>
              <w:spacing w:line="276" w:lineRule="auto"/>
              <w:jc w:val="center"/>
            </w:pPr>
            <w:r>
              <w:t>14</w:t>
            </w:r>
          </w:p>
        </w:tc>
        <w:tc>
          <w:tcPr>
            <w:tcW w:w="1566" w:type="dxa"/>
          </w:tcPr>
          <w:p w14:paraId="59E350FE" w14:textId="77777777" w:rsidR="00BB062B" w:rsidRDefault="00000000" w:rsidP="001753D2">
            <w:pPr>
              <w:spacing w:line="276" w:lineRule="auto"/>
              <w:jc w:val="both"/>
            </w:pPr>
            <w:r>
              <w:t>UAS</w:t>
            </w:r>
          </w:p>
        </w:tc>
        <w:tc>
          <w:tcPr>
            <w:tcW w:w="1805" w:type="dxa"/>
          </w:tcPr>
          <w:p w14:paraId="00A7147E" w14:textId="77777777" w:rsidR="00BB062B" w:rsidRDefault="00000000" w:rsidP="001753D2">
            <w:pPr>
              <w:spacing w:line="276" w:lineRule="auto"/>
              <w:jc w:val="both"/>
            </w:pPr>
            <w:r>
              <w:t>Evaluasi akhir capaian pembelajaran</w:t>
            </w:r>
          </w:p>
        </w:tc>
        <w:tc>
          <w:tcPr>
            <w:tcW w:w="1790" w:type="dxa"/>
          </w:tcPr>
          <w:p w14:paraId="24C9CEB0" w14:textId="77777777" w:rsidR="00BB062B" w:rsidRDefault="00000000" w:rsidP="001753D2">
            <w:pPr>
              <w:spacing w:line="276" w:lineRule="auto"/>
              <w:jc w:val="both"/>
            </w:pPr>
            <w:r>
              <w:t>Menjawab soal dan menganalisis studi kasus</w:t>
            </w:r>
          </w:p>
        </w:tc>
        <w:tc>
          <w:tcPr>
            <w:tcW w:w="1514" w:type="dxa"/>
          </w:tcPr>
          <w:p w14:paraId="6D0AF028" w14:textId="77777777" w:rsidR="00BB062B" w:rsidRDefault="00000000" w:rsidP="001753D2">
            <w:pPr>
              <w:spacing w:line="276" w:lineRule="auto"/>
              <w:jc w:val="both"/>
            </w:pPr>
            <w:r>
              <w:t>Ujian akhir semester</w:t>
            </w:r>
          </w:p>
        </w:tc>
        <w:tc>
          <w:tcPr>
            <w:tcW w:w="1216" w:type="dxa"/>
          </w:tcPr>
          <w:p w14:paraId="57AC190A" w14:textId="77777777" w:rsidR="00BB062B" w:rsidRDefault="00000000" w:rsidP="001753D2">
            <w:pPr>
              <w:spacing w:line="276" w:lineRule="auto"/>
              <w:jc w:val="both"/>
            </w:pPr>
            <w:r>
              <w:t>Nilai ujian</w:t>
            </w:r>
          </w:p>
        </w:tc>
        <w:tc>
          <w:tcPr>
            <w:tcW w:w="779" w:type="dxa"/>
          </w:tcPr>
          <w:p w14:paraId="00498973" w14:textId="77777777" w:rsidR="00BB062B" w:rsidRDefault="00000000" w:rsidP="001753D2">
            <w:pPr>
              <w:spacing w:line="276" w:lineRule="auto"/>
              <w:jc w:val="both"/>
            </w:pPr>
            <w:r>
              <w:t>15</w:t>
            </w:r>
          </w:p>
        </w:tc>
      </w:tr>
    </w:tbl>
    <w:p w14:paraId="22578785" w14:textId="77777777" w:rsidR="00D00C49" w:rsidRDefault="00000000" w:rsidP="001753D2">
      <w:pPr>
        <w:pStyle w:val="Heading2"/>
        <w:jc w:val="both"/>
      </w:pPr>
      <w:r>
        <w:lastRenderedPageBreak/>
        <w:t xml:space="preserve">E. Strategi Pembelajaran (OBE </w:t>
      </w:r>
      <w:r w:rsidRPr="00F96CE5">
        <w:rPr>
          <w:i/>
          <w:iCs/>
        </w:rPr>
        <w:t>Approach</w:t>
      </w:r>
      <w:r>
        <w:t>)</w:t>
      </w:r>
    </w:p>
    <w:p w14:paraId="12F6C359" w14:textId="77777777" w:rsidR="00D00C49" w:rsidRDefault="00000000" w:rsidP="001753D2">
      <w:pPr>
        <w:jc w:val="both"/>
      </w:pPr>
      <w:r>
        <w:t>Pendekatan pembelajaran menggunakan model Outcome Based Education (OBE) dengan kombinasi metode Student-Centered Learning. Metode yang digunakan meliputi ceramah interaktif, diskusi kelompok, studi kasus, project-based learning, dan presentasi. Mahasiswa didorong aktif dalam menganalisis kebijakan dan merancang solusi pembangunan daerah secara kolaboratif.</w:t>
      </w:r>
    </w:p>
    <w:p w14:paraId="1FB0F27E" w14:textId="77777777" w:rsidR="00D00C49" w:rsidRDefault="00000000" w:rsidP="001753D2">
      <w:pPr>
        <w:pStyle w:val="Heading2"/>
        <w:jc w:val="both"/>
      </w:pPr>
      <w:r>
        <w:t>F. Penilaian dan Evaluasi Pembelajaran</w:t>
      </w:r>
    </w:p>
    <w:tbl>
      <w:tblPr>
        <w:tblStyle w:val="TableGrid"/>
        <w:tblW w:w="0" w:type="auto"/>
        <w:tblLook w:val="04A0" w:firstRow="1" w:lastRow="0" w:firstColumn="1" w:lastColumn="0" w:noHBand="0" w:noVBand="1"/>
      </w:tblPr>
      <w:tblGrid>
        <w:gridCol w:w="2160"/>
        <w:gridCol w:w="2160"/>
        <w:gridCol w:w="2160"/>
        <w:gridCol w:w="2160"/>
      </w:tblGrid>
      <w:tr w:rsidR="00D00C49" w14:paraId="332BC690" w14:textId="77777777">
        <w:tc>
          <w:tcPr>
            <w:tcW w:w="2160" w:type="dxa"/>
          </w:tcPr>
          <w:p w14:paraId="62539859" w14:textId="77777777" w:rsidR="00D00C49" w:rsidRDefault="00000000" w:rsidP="001753D2">
            <w:pPr>
              <w:spacing w:line="276" w:lineRule="auto"/>
              <w:jc w:val="both"/>
            </w:pPr>
            <w:r>
              <w:t>Komponen Penilaian</w:t>
            </w:r>
          </w:p>
        </w:tc>
        <w:tc>
          <w:tcPr>
            <w:tcW w:w="2160" w:type="dxa"/>
          </w:tcPr>
          <w:p w14:paraId="3C088099" w14:textId="77777777" w:rsidR="00D00C49" w:rsidRDefault="00000000" w:rsidP="001753D2">
            <w:pPr>
              <w:spacing w:line="276" w:lineRule="auto"/>
              <w:jc w:val="both"/>
            </w:pPr>
            <w:r>
              <w:t>Teknik Penilaian</w:t>
            </w:r>
          </w:p>
        </w:tc>
        <w:tc>
          <w:tcPr>
            <w:tcW w:w="2160" w:type="dxa"/>
          </w:tcPr>
          <w:p w14:paraId="2D3A477F" w14:textId="77777777" w:rsidR="00D00C49" w:rsidRDefault="00000000" w:rsidP="001753D2">
            <w:pPr>
              <w:spacing w:line="276" w:lineRule="auto"/>
              <w:jc w:val="both"/>
            </w:pPr>
            <w:r>
              <w:t>Instrumen</w:t>
            </w:r>
          </w:p>
        </w:tc>
        <w:tc>
          <w:tcPr>
            <w:tcW w:w="2160" w:type="dxa"/>
          </w:tcPr>
          <w:p w14:paraId="2FD5ABC7" w14:textId="77777777" w:rsidR="00D00C49" w:rsidRDefault="00000000" w:rsidP="001753D2">
            <w:pPr>
              <w:spacing w:line="276" w:lineRule="auto"/>
              <w:jc w:val="both"/>
            </w:pPr>
            <w:r>
              <w:t>Bobot (%)</w:t>
            </w:r>
          </w:p>
        </w:tc>
      </w:tr>
      <w:tr w:rsidR="00BB062B" w14:paraId="7E5EAC7B" w14:textId="77777777">
        <w:tc>
          <w:tcPr>
            <w:tcW w:w="2160" w:type="dxa"/>
          </w:tcPr>
          <w:p w14:paraId="0CDDB526" w14:textId="77777777" w:rsidR="00BB062B" w:rsidRDefault="00000000" w:rsidP="001753D2">
            <w:pPr>
              <w:spacing w:line="276" w:lineRule="auto"/>
              <w:jc w:val="both"/>
            </w:pPr>
            <w:r>
              <w:t>Kehadiran &amp; Partisipasi</w:t>
            </w:r>
          </w:p>
        </w:tc>
        <w:tc>
          <w:tcPr>
            <w:tcW w:w="2160" w:type="dxa"/>
          </w:tcPr>
          <w:p w14:paraId="307B20E3" w14:textId="77777777" w:rsidR="00BB062B" w:rsidRDefault="00000000" w:rsidP="001753D2">
            <w:pPr>
              <w:spacing w:line="276" w:lineRule="auto"/>
              <w:jc w:val="both"/>
            </w:pPr>
            <w:r>
              <w:t>Observasi</w:t>
            </w:r>
          </w:p>
        </w:tc>
        <w:tc>
          <w:tcPr>
            <w:tcW w:w="2160" w:type="dxa"/>
          </w:tcPr>
          <w:p w14:paraId="7EA97323" w14:textId="77777777" w:rsidR="00BB062B" w:rsidRDefault="00000000" w:rsidP="001753D2">
            <w:pPr>
              <w:spacing w:line="276" w:lineRule="auto"/>
              <w:jc w:val="both"/>
            </w:pPr>
            <w:r>
              <w:t>Daftar hadir &amp; catatan aktivitas</w:t>
            </w:r>
          </w:p>
        </w:tc>
        <w:tc>
          <w:tcPr>
            <w:tcW w:w="2160" w:type="dxa"/>
          </w:tcPr>
          <w:p w14:paraId="45B2FB47" w14:textId="77777777" w:rsidR="00BB062B" w:rsidRDefault="00000000" w:rsidP="001753D2">
            <w:pPr>
              <w:spacing w:line="276" w:lineRule="auto"/>
              <w:jc w:val="both"/>
            </w:pPr>
            <w:r>
              <w:t>10</w:t>
            </w:r>
          </w:p>
        </w:tc>
      </w:tr>
      <w:tr w:rsidR="00BB062B" w14:paraId="4918392B" w14:textId="77777777">
        <w:tc>
          <w:tcPr>
            <w:tcW w:w="2160" w:type="dxa"/>
          </w:tcPr>
          <w:p w14:paraId="110BD4C9" w14:textId="77777777" w:rsidR="00BB062B" w:rsidRDefault="00000000" w:rsidP="001753D2">
            <w:pPr>
              <w:spacing w:line="276" w:lineRule="auto"/>
              <w:jc w:val="both"/>
            </w:pPr>
            <w:r>
              <w:t>Tugas Individu / Kelompok</w:t>
            </w:r>
          </w:p>
        </w:tc>
        <w:tc>
          <w:tcPr>
            <w:tcW w:w="2160" w:type="dxa"/>
          </w:tcPr>
          <w:p w14:paraId="0DEEDE4B" w14:textId="77777777" w:rsidR="00BB062B" w:rsidRDefault="00000000" w:rsidP="001753D2">
            <w:pPr>
              <w:spacing w:line="276" w:lineRule="auto"/>
              <w:jc w:val="both"/>
            </w:pPr>
            <w:r>
              <w:t>Penugasan</w:t>
            </w:r>
          </w:p>
        </w:tc>
        <w:tc>
          <w:tcPr>
            <w:tcW w:w="2160" w:type="dxa"/>
          </w:tcPr>
          <w:p w14:paraId="1FD28A5C" w14:textId="77777777" w:rsidR="00BB062B" w:rsidRDefault="00000000" w:rsidP="001753D2">
            <w:pPr>
              <w:spacing w:line="276" w:lineRule="auto"/>
              <w:jc w:val="both"/>
            </w:pPr>
            <w:r>
              <w:t>Lembar tugas &amp; rubrik</w:t>
            </w:r>
          </w:p>
        </w:tc>
        <w:tc>
          <w:tcPr>
            <w:tcW w:w="2160" w:type="dxa"/>
          </w:tcPr>
          <w:p w14:paraId="6B12BE37" w14:textId="77777777" w:rsidR="00BB062B" w:rsidRDefault="00000000" w:rsidP="001753D2">
            <w:pPr>
              <w:spacing w:line="276" w:lineRule="auto"/>
              <w:jc w:val="both"/>
            </w:pPr>
            <w:r>
              <w:t>25</w:t>
            </w:r>
          </w:p>
        </w:tc>
      </w:tr>
      <w:tr w:rsidR="00BB062B" w14:paraId="0F1F2D46" w14:textId="77777777">
        <w:tc>
          <w:tcPr>
            <w:tcW w:w="2160" w:type="dxa"/>
          </w:tcPr>
          <w:p w14:paraId="415603C2" w14:textId="77777777" w:rsidR="00BB062B" w:rsidRDefault="00000000" w:rsidP="001753D2">
            <w:pPr>
              <w:spacing w:line="276" w:lineRule="auto"/>
              <w:jc w:val="both"/>
            </w:pPr>
            <w:r>
              <w:t>UTS</w:t>
            </w:r>
          </w:p>
        </w:tc>
        <w:tc>
          <w:tcPr>
            <w:tcW w:w="2160" w:type="dxa"/>
          </w:tcPr>
          <w:p w14:paraId="1BDAFADA" w14:textId="77777777" w:rsidR="00BB062B" w:rsidRDefault="00000000" w:rsidP="001753D2">
            <w:pPr>
              <w:spacing w:line="276" w:lineRule="auto"/>
              <w:jc w:val="both"/>
            </w:pPr>
            <w:r>
              <w:t>Tes tertulis</w:t>
            </w:r>
          </w:p>
        </w:tc>
        <w:tc>
          <w:tcPr>
            <w:tcW w:w="2160" w:type="dxa"/>
          </w:tcPr>
          <w:p w14:paraId="3AD63AB6" w14:textId="77777777" w:rsidR="00BB062B" w:rsidRDefault="00000000" w:rsidP="001753D2">
            <w:pPr>
              <w:spacing w:line="276" w:lineRule="auto"/>
              <w:jc w:val="both"/>
            </w:pPr>
            <w:r>
              <w:t>Soal uraian / objektif</w:t>
            </w:r>
          </w:p>
        </w:tc>
        <w:tc>
          <w:tcPr>
            <w:tcW w:w="2160" w:type="dxa"/>
          </w:tcPr>
          <w:p w14:paraId="479736D4" w14:textId="77777777" w:rsidR="00BB062B" w:rsidRDefault="00000000" w:rsidP="001753D2">
            <w:pPr>
              <w:spacing w:line="276" w:lineRule="auto"/>
              <w:jc w:val="both"/>
            </w:pPr>
            <w:r>
              <w:t>20</w:t>
            </w:r>
          </w:p>
        </w:tc>
      </w:tr>
      <w:tr w:rsidR="00BB062B" w14:paraId="72BBC335" w14:textId="77777777">
        <w:tc>
          <w:tcPr>
            <w:tcW w:w="2160" w:type="dxa"/>
          </w:tcPr>
          <w:p w14:paraId="3A188A22" w14:textId="77777777" w:rsidR="00BB062B" w:rsidRDefault="00000000" w:rsidP="001753D2">
            <w:pPr>
              <w:spacing w:line="276" w:lineRule="auto"/>
              <w:jc w:val="both"/>
            </w:pPr>
            <w:r>
              <w:t>Proyek / Studi Kasus</w:t>
            </w:r>
          </w:p>
        </w:tc>
        <w:tc>
          <w:tcPr>
            <w:tcW w:w="2160" w:type="dxa"/>
          </w:tcPr>
          <w:p w14:paraId="5A77FA90" w14:textId="77777777" w:rsidR="00BB062B" w:rsidRDefault="00000000" w:rsidP="001753D2">
            <w:pPr>
              <w:spacing w:line="276" w:lineRule="auto"/>
              <w:jc w:val="both"/>
            </w:pPr>
            <w:r>
              <w:t>Portofolio</w:t>
            </w:r>
          </w:p>
        </w:tc>
        <w:tc>
          <w:tcPr>
            <w:tcW w:w="2160" w:type="dxa"/>
          </w:tcPr>
          <w:p w14:paraId="47D459B4" w14:textId="77777777" w:rsidR="00BB062B" w:rsidRDefault="00000000" w:rsidP="001753D2">
            <w:pPr>
              <w:spacing w:line="276" w:lineRule="auto"/>
              <w:jc w:val="both"/>
            </w:pPr>
            <w:r>
              <w:t>Laporan proyek &amp; rubrik</w:t>
            </w:r>
          </w:p>
        </w:tc>
        <w:tc>
          <w:tcPr>
            <w:tcW w:w="2160" w:type="dxa"/>
          </w:tcPr>
          <w:p w14:paraId="38821DBE" w14:textId="77777777" w:rsidR="00BB062B" w:rsidRDefault="00000000" w:rsidP="001753D2">
            <w:pPr>
              <w:spacing w:line="276" w:lineRule="auto"/>
              <w:jc w:val="both"/>
            </w:pPr>
            <w:r>
              <w:t>15</w:t>
            </w:r>
          </w:p>
        </w:tc>
      </w:tr>
      <w:tr w:rsidR="00BB062B" w14:paraId="0FD32097" w14:textId="77777777">
        <w:tc>
          <w:tcPr>
            <w:tcW w:w="2160" w:type="dxa"/>
          </w:tcPr>
          <w:p w14:paraId="283CC982" w14:textId="77777777" w:rsidR="00BB062B" w:rsidRDefault="00000000" w:rsidP="001753D2">
            <w:pPr>
              <w:spacing w:line="276" w:lineRule="auto"/>
              <w:jc w:val="both"/>
            </w:pPr>
            <w:r>
              <w:t>Presentasi</w:t>
            </w:r>
          </w:p>
        </w:tc>
        <w:tc>
          <w:tcPr>
            <w:tcW w:w="2160" w:type="dxa"/>
          </w:tcPr>
          <w:p w14:paraId="3F0B4071" w14:textId="77777777" w:rsidR="00BB062B" w:rsidRDefault="00000000" w:rsidP="001753D2">
            <w:pPr>
              <w:spacing w:line="276" w:lineRule="auto"/>
              <w:jc w:val="both"/>
            </w:pPr>
            <w:r>
              <w:t>Observasi kinerja</w:t>
            </w:r>
          </w:p>
        </w:tc>
        <w:tc>
          <w:tcPr>
            <w:tcW w:w="2160" w:type="dxa"/>
          </w:tcPr>
          <w:p w14:paraId="2DB3FC14" w14:textId="77777777" w:rsidR="00BB062B" w:rsidRDefault="00000000" w:rsidP="001753D2">
            <w:pPr>
              <w:spacing w:line="276" w:lineRule="auto"/>
              <w:jc w:val="both"/>
            </w:pPr>
            <w:r>
              <w:t>Rubrik presentasi</w:t>
            </w:r>
          </w:p>
        </w:tc>
        <w:tc>
          <w:tcPr>
            <w:tcW w:w="2160" w:type="dxa"/>
          </w:tcPr>
          <w:p w14:paraId="6CDA5A9D" w14:textId="77777777" w:rsidR="00BB062B" w:rsidRDefault="00000000" w:rsidP="001753D2">
            <w:pPr>
              <w:spacing w:line="276" w:lineRule="auto"/>
              <w:jc w:val="both"/>
            </w:pPr>
            <w:r>
              <w:t>10</w:t>
            </w:r>
          </w:p>
        </w:tc>
      </w:tr>
      <w:tr w:rsidR="00BB062B" w14:paraId="083C7100" w14:textId="77777777">
        <w:tc>
          <w:tcPr>
            <w:tcW w:w="2160" w:type="dxa"/>
          </w:tcPr>
          <w:p w14:paraId="3195F588" w14:textId="77777777" w:rsidR="00BB062B" w:rsidRDefault="00000000" w:rsidP="001753D2">
            <w:pPr>
              <w:spacing w:line="276" w:lineRule="auto"/>
              <w:jc w:val="both"/>
            </w:pPr>
            <w:r>
              <w:t>UAS</w:t>
            </w:r>
          </w:p>
        </w:tc>
        <w:tc>
          <w:tcPr>
            <w:tcW w:w="2160" w:type="dxa"/>
          </w:tcPr>
          <w:p w14:paraId="60F9307B" w14:textId="77777777" w:rsidR="00BB062B" w:rsidRDefault="00000000" w:rsidP="001753D2">
            <w:pPr>
              <w:spacing w:line="276" w:lineRule="auto"/>
              <w:jc w:val="both"/>
            </w:pPr>
            <w:r>
              <w:t>Tes tertulis / Studi kasus</w:t>
            </w:r>
          </w:p>
        </w:tc>
        <w:tc>
          <w:tcPr>
            <w:tcW w:w="2160" w:type="dxa"/>
          </w:tcPr>
          <w:p w14:paraId="52C5C2DD" w14:textId="77777777" w:rsidR="00BB062B" w:rsidRDefault="00000000" w:rsidP="001753D2">
            <w:pPr>
              <w:spacing w:line="276" w:lineRule="auto"/>
              <w:jc w:val="both"/>
            </w:pPr>
            <w:r>
              <w:t>Soal dan rubrik</w:t>
            </w:r>
          </w:p>
        </w:tc>
        <w:tc>
          <w:tcPr>
            <w:tcW w:w="2160" w:type="dxa"/>
          </w:tcPr>
          <w:p w14:paraId="07D16C82" w14:textId="77777777" w:rsidR="00BB062B" w:rsidRDefault="00000000" w:rsidP="001753D2">
            <w:pPr>
              <w:spacing w:line="276" w:lineRule="auto"/>
              <w:jc w:val="both"/>
            </w:pPr>
            <w:r>
              <w:t>20</w:t>
            </w:r>
          </w:p>
        </w:tc>
      </w:tr>
    </w:tbl>
    <w:p w14:paraId="11C7C234" w14:textId="77777777" w:rsidR="00D00C49" w:rsidRDefault="00000000" w:rsidP="001753D2">
      <w:pPr>
        <w:pStyle w:val="Heading2"/>
        <w:jc w:val="both"/>
      </w:pPr>
      <w:r>
        <w:t>G. Referensi / Daftar Pustaka</w:t>
      </w:r>
    </w:p>
    <w:p w14:paraId="3771F705" w14:textId="77777777" w:rsidR="00D00C49" w:rsidRDefault="00000000" w:rsidP="001753D2">
      <w:pPr>
        <w:jc w:val="both"/>
      </w:pPr>
      <w:r>
        <w:t>1. Siagian, S.P. (2003). Administrasi Pembangunan. Jakarta: Bumi Aksara.</w:t>
      </w:r>
      <w:r>
        <w:br/>
        <w:t>2. Todaro, M.P., &amp; Smith, S.C. (2015). Pembangunan Ekonomi. Jakarta: Erlangga.</w:t>
      </w:r>
      <w:r>
        <w:br/>
        <w:t>3. Ndraha, T. (2011). Pembangunan Daerah: Teori dan Praktik. Jakarta: Rineka Cipta.</w:t>
      </w:r>
      <w:r>
        <w:br/>
        <w:t>4. UNDP (2020). Human Development Report. New York: United Nations.</w:t>
      </w:r>
    </w:p>
    <w:p w14:paraId="684A7AF9" w14:textId="0C5C8DD5" w:rsidR="00AA5B51" w:rsidRDefault="001753D2" w:rsidP="001753D2">
      <w:r>
        <w:br w:type="page"/>
      </w:r>
    </w:p>
    <w:p w14:paraId="578CE1C9" w14:textId="77777777" w:rsidR="00D00C49" w:rsidRDefault="00000000" w:rsidP="001753D2">
      <w:pPr>
        <w:pStyle w:val="Heading2"/>
        <w:jc w:val="both"/>
      </w:pPr>
      <w:r>
        <w:lastRenderedPageBreak/>
        <w:t>H. Rencana Tugas dan Kegiatan Mahasiswa</w:t>
      </w:r>
    </w:p>
    <w:tbl>
      <w:tblPr>
        <w:tblStyle w:val="TableGrid"/>
        <w:tblW w:w="0" w:type="auto"/>
        <w:tblLook w:val="04A0" w:firstRow="1" w:lastRow="0" w:firstColumn="1" w:lastColumn="0" w:noHBand="0" w:noVBand="1"/>
      </w:tblPr>
      <w:tblGrid>
        <w:gridCol w:w="2160"/>
        <w:gridCol w:w="2160"/>
        <w:gridCol w:w="2160"/>
        <w:gridCol w:w="2160"/>
      </w:tblGrid>
      <w:tr w:rsidR="00D00C49" w14:paraId="7A6FFF1F" w14:textId="77777777">
        <w:tc>
          <w:tcPr>
            <w:tcW w:w="2160" w:type="dxa"/>
          </w:tcPr>
          <w:p w14:paraId="52BEC0CC" w14:textId="77777777" w:rsidR="00D00C49" w:rsidRDefault="00000000" w:rsidP="001753D2">
            <w:pPr>
              <w:spacing w:line="276" w:lineRule="auto"/>
              <w:jc w:val="both"/>
            </w:pPr>
            <w:r>
              <w:t>Minggu</w:t>
            </w:r>
          </w:p>
        </w:tc>
        <w:tc>
          <w:tcPr>
            <w:tcW w:w="2160" w:type="dxa"/>
          </w:tcPr>
          <w:p w14:paraId="7AF737B5" w14:textId="77777777" w:rsidR="00D00C49" w:rsidRDefault="00000000" w:rsidP="001753D2">
            <w:pPr>
              <w:spacing w:line="276" w:lineRule="auto"/>
              <w:jc w:val="both"/>
            </w:pPr>
            <w:r>
              <w:t>Jenis Kegiatan</w:t>
            </w:r>
          </w:p>
        </w:tc>
        <w:tc>
          <w:tcPr>
            <w:tcW w:w="2160" w:type="dxa"/>
          </w:tcPr>
          <w:p w14:paraId="792126A4" w14:textId="77777777" w:rsidR="00D00C49" w:rsidRDefault="00000000" w:rsidP="001753D2">
            <w:pPr>
              <w:spacing w:line="276" w:lineRule="auto"/>
              <w:jc w:val="both"/>
            </w:pPr>
            <w:r>
              <w:t>Deskripsi Aktivitas Mahasiswa</w:t>
            </w:r>
          </w:p>
        </w:tc>
        <w:tc>
          <w:tcPr>
            <w:tcW w:w="2160" w:type="dxa"/>
          </w:tcPr>
          <w:p w14:paraId="07D46694" w14:textId="77777777" w:rsidR="00D00C49" w:rsidRDefault="00000000" w:rsidP="001753D2">
            <w:pPr>
              <w:spacing w:line="276" w:lineRule="auto"/>
              <w:jc w:val="both"/>
            </w:pPr>
            <w:r>
              <w:t>Bentuk Penilaian</w:t>
            </w:r>
          </w:p>
        </w:tc>
      </w:tr>
      <w:tr w:rsidR="00D00C49" w14:paraId="401A01FA" w14:textId="77777777">
        <w:tc>
          <w:tcPr>
            <w:tcW w:w="2160" w:type="dxa"/>
          </w:tcPr>
          <w:p w14:paraId="359B53C7" w14:textId="77777777" w:rsidR="00D00C49" w:rsidRDefault="00000000" w:rsidP="001753D2">
            <w:pPr>
              <w:spacing w:line="276" w:lineRule="auto"/>
              <w:jc w:val="both"/>
            </w:pPr>
            <w:r>
              <w:t xml:space="preserve"> </w:t>
            </w:r>
          </w:p>
        </w:tc>
        <w:tc>
          <w:tcPr>
            <w:tcW w:w="2160" w:type="dxa"/>
          </w:tcPr>
          <w:p w14:paraId="22E9DB87" w14:textId="77777777" w:rsidR="00D00C49" w:rsidRDefault="00000000" w:rsidP="001753D2">
            <w:pPr>
              <w:spacing w:line="276" w:lineRule="auto"/>
              <w:jc w:val="both"/>
            </w:pPr>
            <w:r>
              <w:t xml:space="preserve"> </w:t>
            </w:r>
          </w:p>
        </w:tc>
        <w:tc>
          <w:tcPr>
            <w:tcW w:w="2160" w:type="dxa"/>
          </w:tcPr>
          <w:p w14:paraId="0097828B" w14:textId="77777777" w:rsidR="00D00C49" w:rsidRDefault="00000000" w:rsidP="001753D2">
            <w:pPr>
              <w:spacing w:line="276" w:lineRule="auto"/>
              <w:jc w:val="both"/>
            </w:pPr>
            <w:r>
              <w:t xml:space="preserve"> </w:t>
            </w:r>
          </w:p>
        </w:tc>
        <w:tc>
          <w:tcPr>
            <w:tcW w:w="2160" w:type="dxa"/>
          </w:tcPr>
          <w:p w14:paraId="4F77C053" w14:textId="77777777" w:rsidR="00D00C49" w:rsidRDefault="00000000" w:rsidP="001753D2">
            <w:pPr>
              <w:spacing w:line="276" w:lineRule="auto"/>
              <w:jc w:val="both"/>
            </w:pPr>
            <w:r>
              <w:t xml:space="preserve"> </w:t>
            </w:r>
          </w:p>
        </w:tc>
      </w:tr>
      <w:tr w:rsidR="00BB062B" w14:paraId="50D47D9F" w14:textId="77777777">
        <w:tc>
          <w:tcPr>
            <w:tcW w:w="2160" w:type="dxa"/>
          </w:tcPr>
          <w:p w14:paraId="40CAA03F" w14:textId="77777777" w:rsidR="00BB062B" w:rsidRDefault="00000000" w:rsidP="001753D2">
            <w:pPr>
              <w:spacing w:line="276" w:lineRule="auto"/>
              <w:jc w:val="both"/>
            </w:pPr>
            <w:r>
              <w:t>1-6</w:t>
            </w:r>
          </w:p>
        </w:tc>
        <w:tc>
          <w:tcPr>
            <w:tcW w:w="2160" w:type="dxa"/>
          </w:tcPr>
          <w:p w14:paraId="38727537" w14:textId="77777777" w:rsidR="00BB062B" w:rsidRDefault="00000000" w:rsidP="001753D2">
            <w:pPr>
              <w:spacing w:line="276" w:lineRule="auto"/>
              <w:jc w:val="both"/>
            </w:pPr>
            <w:r>
              <w:t>Tugas individu</w:t>
            </w:r>
          </w:p>
        </w:tc>
        <w:tc>
          <w:tcPr>
            <w:tcW w:w="2160" w:type="dxa"/>
          </w:tcPr>
          <w:p w14:paraId="1A07A124" w14:textId="77777777" w:rsidR="00BB062B" w:rsidRDefault="00000000" w:rsidP="001753D2">
            <w:pPr>
              <w:spacing w:line="276" w:lineRule="auto"/>
              <w:jc w:val="both"/>
            </w:pPr>
            <w:r>
              <w:t>Analisis teori dan studi kasus pembangunan daerah</w:t>
            </w:r>
          </w:p>
        </w:tc>
        <w:tc>
          <w:tcPr>
            <w:tcW w:w="2160" w:type="dxa"/>
          </w:tcPr>
          <w:p w14:paraId="31BD939B" w14:textId="77777777" w:rsidR="00BB062B" w:rsidRDefault="00000000" w:rsidP="001753D2">
            <w:pPr>
              <w:spacing w:line="276" w:lineRule="auto"/>
              <w:jc w:val="both"/>
            </w:pPr>
            <w:r>
              <w:t>Tugas tertulis</w:t>
            </w:r>
          </w:p>
        </w:tc>
      </w:tr>
      <w:tr w:rsidR="00BB062B" w14:paraId="6EF6C963" w14:textId="77777777">
        <w:tc>
          <w:tcPr>
            <w:tcW w:w="2160" w:type="dxa"/>
          </w:tcPr>
          <w:p w14:paraId="02E40E36" w14:textId="77777777" w:rsidR="00BB062B" w:rsidRDefault="00000000" w:rsidP="001753D2">
            <w:pPr>
              <w:spacing w:line="276" w:lineRule="auto"/>
              <w:jc w:val="both"/>
            </w:pPr>
            <w:r>
              <w:t>7-10</w:t>
            </w:r>
          </w:p>
        </w:tc>
        <w:tc>
          <w:tcPr>
            <w:tcW w:w="2160" w:type="dxa"/>
          </w:tcPr>
          <w:p w14:paraId="0201F21B" w14:textId="77777777" w:rsidR="00BB062B" w:rsidRDefault="00000000" w:rsidP="001753D2">
            <w:pPr>
              <w:spacing w:line="276" w:lineRule="auto"/>
              <w:jc w:val="both"/>
            </w:pPr>
            <w:r>
              <w:t>Proyek kelompok</w:t>
            </w:r>
          </w:p>
        </w:tc>
        <w:tc>
          <w:tcPr>
            <w:tcW w:w="2160" w:type="dxa"/>
          </w:tcPr>
          <w:p w14:paraId="1FB1AA0A" w14:textId="77777777" w:rsidR="00BB062B" w:rsidRDefault="00000000" w:rsidP="001753D2">
            <w:pPr>
              <w:spacing w:line="276" w:lineRule="auto"/>
              <w:jc w:val="both"/>
            </w:pPr>
            <w:r>
              <w:t>Menyusun draft kebijakan pembangunan daerah</w:t>
            </w:r>
          </w:p>
        </w:tc>
        <w:tc>
          <w:tcPr>
            <w:tcW w:w="2160" w:type="dxa"/>
          </w:tcPr>
          <w:p w14:paraId="7DD4FCE5" w14:textId="77777777" w:rsidR="00BB062B" w:rsidRDefault="00000000" w:rsidP="001753D2">
            <w:pPr>
              <w:spacing w:line="276" w:lineRule="auto"/>
              <w:jc w:val="both"/>
            </w:pPr>
            <w:r>
              <w:t>Proposal proyek</w:t>
            </w:r>
          </w:p>
        </w:tc>
      </w:tr>
      <w:tr w:rsidR="00BB062B" w14:paraId="02C79FB2" w14:textId="77777777">
        <w:tc>
          <w:tcPr>
            <w:tcW w:w="2160" w:type="dxa"/>
          </w:tcPr>
          <w:p w14:paraId="0C98BFE6" w14:textId="77777777" w:rsidR="00BB062B" w:rsidRDefault="00000000" w:rsidP="001753D2">
            <w:pPr>
              <w:spacing w:line="276" w:lineRule="auto"/>
              <w:jc w:val="both"/>
            </w:pPr>
            <w:r>
              <w:t>11-13</w:t>
            </w:r>
          </w:p>
        </w:tc>
        <w:tc>
          <w:tcPr>
            <w:tcW w:w="2160" w:type="dxa"/>
          </w:tcPr>
          <w:p w14:paraId="5B068171" w14:textId="77777777" w:rsidR="00BB062B" w:rsidRDefault="00000000" w:rsidP="001753D2">
            <w:pPr>
              <w:spacing w:line="276" w:lineRule="auto"/>
              <w:jc w:val="both"/>
            </w:pPr>
            <w:r>
              <w:t>Presentasi</w:t>
            </w:r>
          </w:p>
        </w:tc>
        <w:tc>
          <w:tcPr>
            <w:tcW w:w="2160" w:type="dxa"/>
          </w:tcPr>
          <w:p w14:paraId="23A0B04F" w14:textId="77777777" w:rsidR="00BB062B" w:rsidRDefault="00000000" w:rsidP="001753D2">
            <w:pPr>
              <w:spacing w:line="276" w:lineRule="auto"/>
              <w:jc w:val="both"/>
            </w:pPr>
            <w:r>
              <w:t>Presentasi hasil proyek dan diskusi rekomendasi kebijakan</w:t>
            </w:r>
          </w:p>
        </w:tc>
        <w:tc>
          <w:tcPr>
            <w:tcW w:w="2160" w:type="dxa"/>
          </w:tcPr>
          <w:p w14:paraId="66987B86" w14:textId="77777777" w:rsidR="00BB062B" w:rsidRDefault="00000000" w:rsidP="001753D2">
            <w:pPr>
              <w:spacing w:line="276" w:lineRule="auto"/>
              <w:jc w:val="both"/>
            </w:pPr>
            <w:r>
              <w:t>Rubrik presentasi</w:t>
            </w:r>
          </w:p>
        </w:tc>
      </w:tr>
      <w:tr w:rsidR="00BB062B" w14:paraId="4F431151" w14:textId="77777777">
        <w:tc>
          <w:tcPr>
            <w:tcW w:w="2160" w:type="dxa"/>
          </w:tcPr>
          <w:p w14:paraId="3F46253D" w14:textId="77777777" w:rsidR="00BB062B" w:rsidRDefault="00000000" w:rsidP="001753D2">
            <w:pPr>
              <w:spacing w:line="276" w:lineRule="auto"/>
              <w:jc w:val="both"/>
            </w:pPr>
            <w:r>
              <w:t>14</w:t>
            </w:r>
          </w:p>
        </w:tc>
        <w:tc>
          <w:tcPr>
            <w:tcW w:w="2160" w:type="dxa"/>
          </w:tcPr>
          <w:p w14:paraId="010F6A23" w14:textId="77777777" w:rsidR="00BB062B" w:rsidRDefault="00000000" w:rsidP="001753D2">
            <w:pPr>
              <w:spacing w:line="276" w:lineRule="auto"/>
              <w:jc w:val="both"/>
            </w:pPr>
            <w:r>
              <w:t>UAS</w:t>
            </w:r>
          </w:p>
        </w:tc>
        <w:tc>
          <w:tcPr>
            <w:tcW w:w="2160" w:type="dxa"/>
          </w:tcPr>
          <w:p w14:paraId="47676415" w14:textId="77777777" w:rsidR="00BB062B" w:rsidRDefault="00000000" w:rsidP="001753D2">
            <w:pPr>
              <w:spacing w:line="276" w:lineRule="auto"/>
              <w:jc w:val="both"/>
            </w:pPr>
            <w:r>
              <w:t>Evaluasi capaian pembelajaran secara komprehensif</w:t>
            </w:r>
          </w:p>
        </w:tc>
        <w:tc>
          <w:tcPr>
            <w:tcW w:w="2160" w:type="dxa"/>
          </w:tcPr>
          <w:p w14:paraId="64774947" w14:textId="77777777" w:rsidR="00BB062B" w:rsidRDefault="00000000" w:rsidP="001753D2">
            <w:pPr>
              <w:spacing w:line="276" w:lineRule="auto"/>
              <w:jc w:val="both"/>
            </w:pPr>
            <w:r>
              <w:t>Nilai ujian</w:t>
            </w:r>
          </w:p>
        </w:tc>
      </w:tr>
    </w:tbl>
    <w:p w14:paraId="5AFC392D" w14:textId="77777777" w:rsidR="00D00C49" w:rsidRDefault="00000000" w:rsidP="001753D2">
      <w:pPr>
        <w:pStyle w:val="Heading2"/>
        <w:jc w:val="both"/>
      </w:pPr>
      <w:r>
        <w:t>I. Rencana Perbaikan Berkelanjutan (</w:t>
      </w:r>
      <w:r w:rsidRPr="00F96CE5">
        <w:rPr>
          <w:i/>
          <w:iCs/>
        </w:rPr>
        <w:t>Continuous Improvement Plan</w:t>
      </w:r>
      <w:r>
        <w:t>)</w:t>
      </w:r>
    </w:p>
    <w:p w14:paraId="192A4AA4" w14:textId="65B6D896" w:rsidR="00D00C49" w:rsidRDefault="00000000" w:rsidP="001753D2">
      <w:pPr>
        <w:jc w:val="both"/>
      </w:pPr>
      <w:r>
        <w:t>Evaluasi hasil pembelajaran akan dilakukan di akhir semester melalui analisis nilai dan umpan balik mahasiswa</w:t>
      </w:r>
      <w:r w:rsidR="001753D2">
        <w:t xml:space="preserve"> dari hasil Evaluasi Dosen dan Mahasiswa (EDOM)</w:t>
      </w:r>
      <w:r>
        <w:t>. Revisi RPS dilakukan berdasarkan hasil evaluasi tersebut, termasuk peningkatan studi kasus lokal, integrasi digitalisasi data pembangunan, serta kolaborasi dengan pemerintah daerah dalam proyek nyata mahasiswa.</w:t>
      </w:r>
    </w:p>
    <w:sectPr w:rsidR="00D00C4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67734767">
    <w:abstractNumId w:val="8"/>
  </w:num>
  <w:num w:numId="2" w16cid:durableId="1065299941">
    <w:abstractNumId w:val="6"/>
  </w:num>
  <w:num w:numId="3" w16cid:durableId="251790507">
    <w:abstractNumId w:val="5"/>
  </w:num>
  <w:num w:numId="4" w16cid:durableId="1886260172">
    <w:abstractNumId w:val="4"/>
  </w:num>
  <w:num w:numId="5" w16cid:durableId="1764377457">
    <w:abstractNumId w:val="7"/>
  </w:num>
  <w:num w:numId="6" w16cid:durableId="459763294">
    <w:abstractNumId w:val="3"/>
  </w:num>
  <w:num w:numId="7" w16cid:durableId="1850636471">
    <w:abstractNumId w:val="2"/>
  </w:num>
  <w:num w:numId="8" w16cid:durableId="260144702">
    <w:abstractNumId w:val="1"/>
  </w:num>
  <w:num w:numId="9" w16cid:durableId="23409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7392"/>
    <w:rsid w:val="0015074B"/>
    <w:rsid w:val="001753D2"/>
    <w:rsid w:val="001A6E7B"/>
    <w:rsid w:val="0029639D"/>
    <w:rsid w:val="002B3A12"/>
    <w:rsid w:val="00326F90"/>
    <w:rsid w:val="004970B0"/>
    <w:rsid w:val="00A93F68"/>
    <w:rsid w:val="00AA1D8D"/>
    <w:rsid w:val="00AA5B51"/>
    <w:rsid w:val="00B47730"/>
    <w:rsid w:val="00BB062B"/>
    <w:rsid w:val="00CB0664"/>
    <w:rsid w:val="00D00C49"/>
    <w:rsid w:val="00E66175"/>
    <w:rsid w:val="00F96CE5"/>
    <w:rsid w:val="00FB352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8F0858"/>
  <w14:defaultImageDpi w14:val="300"/>
  <w15:docId w15:val="{D63BA9E1-1312-4B20-AB3E-40E6E9AF5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Amik Global</cp:lastModifiedBy>
  <cp:revision>6</cp:revision>
  <dcterms:created xsi:type="dcterms:W3CDTF">2013-12-23T23:15:00Z</dcterms:created>
  <dcterms:modified xsi:type="dcterms:W3CDTF">2025-10-17T05:34:00Z</dcterms:modified>
  <cp:category/>
</cp:coreProperties>
</file>